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8DA" w:rsidRPr="00106346" w:rsidRDefault="007C28DA" w:rsidP="007C28DA">
      <w:pPr>
        <w:pStyle w:val="Galvene"/>
        <w:jc w:val="right"/>
        <w:rPr>
          <w:rFonts w:ascii="Times New Roman" w:hAnsi="Times New Roman" w:cs="Times New Roman"/>
          <w:sz w:val="24"/>
          <w:lang w:val="lv-LV"/>
        </w:rPr>
      </w:pPr>
      <w:r w:rsidRPr="00106346">
        <w:rPr>
          <w:rFonts w:ascii="Times New Roman" w:hAnsi="Times New Roman" w:cs="Times New Roman"/>
          <w:sz w:val="24"/>
          <w:lang w:val="lv-LV"/>
        </w:rPr>
        <w:t>APSTIPRINĀTS</w:t>
      </w:r>
    </w:p>
    <w:p w:rsidR="007C28DA" w:rsidRPr="00106346" w:rsidRDefault="007C28DA" w:rsidP="007C28DA">
      <w:pPr>
        <w:pStyle w:val="Galvene"/>
        <w:jc w:val="right"/>
        <w:rPr>
          <w:rFonts w:ascii="Times New Roman" w:hAnsi="Times New Roman" w:cs="Times New Roman"/>
          <w:sz w:val="24"/>
          <w:lang w:val="lv-LV"/>
        </w:rPr>
      </w:pPr>
      <w:r w:rsidRPr="00106346">
        <w:rPr>
          <w:rFonts w:ascii="Times New Roman" w:hAnsi="Times New Roman" w:cs="Times New Roman"/>
          <w:sz w:val="24"/>
          <w:lang w:val="lv-LV"/>
        </w:rPr>
        <w:t>ar Ogres tehnikuma</w:t>
      </w:r>
    </w:p>
    <w:p w:rsidR="007C28DA" w:rsidRPr="00106346" w:rsidRDefault="00106346" w:rsidP="007C28DA">
      <w:pPr>
        <w:pStyle w:val="Galvene"/>
        <w:jc w:val="right"/>
        <w:rPr>
          <w:rFonts w:ascii="Times New Roman" w:hAnsi="Times New Roman" w:cs="Times New Roman"/>
          <w:sz w:val="24"/>
          <w:lang w:val="lv-LV"/>
        </w:rPr>
      </w:pPr>
      <w:r>
        <w:rPr>
          <w:rFonts w:ascii="Times New Roman" w:hAnsi="Times New Roman" w:cs="Times New Roman"/>
          <w:sz w:val="24"/>
          <w:lang w:val="lv-LV"/>
        </w:rPr>
        <w:t>d</w:t>
      </w:r>
      <w:r w:rsidR="007C28DA" w:rsidRPr="00106346">
        <w:rPr>
          <w:rFonts w:ascii="Times New Roman" w:hAnsi="Times New Roman" w:cs="Times New Roman"/>
          <w:sz w:val="24"/>
          <w:lang w:val="lv-LV"/>
        </w:rPr>
        <w:t xml:space="preserve">irektores </w:t>
      </w:r>
      <w:proofErr w:type="spellStart"/>
      <w:r w:rsidR="007C28DA" w:rsidRPr="00106346">
        <w:rPr>
          <w:rFonts w:ascii="Times New Roman" w:hAnsi="Times New Roman" w:cs="Times New Roman"/>
          <w:sz w:val="24"/>
          <w:lang w:val="lv-LV"/>
        </w:rPr>
        <w:t>A.Auziņas</w:t>
      </w:r>
      <w:proofErr w:type="spellEnd"/>
    </w:p>
    <w:p w:rsidR="007C28DA" w:rsidRPr="00106346" w:rsidRDefault="007C28DA" w:rsidP="007C28DA">
      <w:pPr>
        <w:pStyle w:val="Galvene"/>
        <w:jc w:val="right"/>
        <w:rPr>
          <w:rFonts w:ascii="Times New Roman" w:hAnsi="Times New Roman" w:cs="Times New Roman"/>
          <w:sz w:val="24"/>
          <w:lang w:val="lv-LV"/>
        </w:rPr>
      </w:pPr>
      <w:r w:rsidRPr="00106346">
        <w:rPr>
          <w:rFonts w:ascii="Times New Roman" w:hAnsi="Times New Roman" w:cs="Times New Roman"/>
          <w:sz w:val="24"/>
          <w:lang w:val="lv-LV"/>
        </w:rPr>
        <w:t>2026</w:t>
      </w:r>
      <w:r w:rsidR="00106346">
        <w:rPr>
          <w:rFonts w:ascii="Times New Roman" w:hAnsi="Times New Roman" w:cs="Times New Roman"/>
          <w:sz w:val="24"/>
          <w:lang w:val="lv-LV"/>
        </w:rPr>
        <w:t>.</w:t>
      </w:r>
      <w:r w:rsidRPr="00106346">
        <w:rPr>
          <w:rFonts w:ascii="Times New Roman" w:hAnsi="Times New Roman" w:cs="Times New Roman"/>
          <w:sz w:val="24"/>
          <w:lang w:val="lv-LV"/>
        </w:rPr>
        <w:t xml:space="preserve">gada 20.oktobra </w:t>
      </w:r>
    </w:p>
    <w:p w:rsidR="007C28DA" w:rsidRPr="000E1B4F" w:rsidRDefault="00106346" w:rsidP="007C28DA">
      <w:pPr>
        <w:pStyle w:val="Galvene"/>
        <w:jc w:val="right"/>
        <w:rPr>
          <w:rFonts w:ascii="Times New Roman" w:hAnsi="Times New Roman" w:cs="Times New Roman"/>
          <w:sz w:val="24"/>
          <w:lang w:val="lv-LV"/>
        </w:rPr>
      </w:pPr>
      <w:r>
        <w:rPr>
          <w:rFonts w:ascii="Times New Roman" w:hAnsi="Times New Roman" w:cs="Times New Roman"/>
          <w:sz w:val="24"/>
          <w:lang w:val="lv-LV"/>
        </w:rPr>
        <w:t>r</w:t>
      </w:r>
      <w:r w:rsidR="007C28DA" w:rsidRPr="00106346">
        <w:rPr>
          <w:rFonts w:ascii="Times New Roman" w:hAnsi="Times New Roman" w:cs="Times New Roman"/>
          <w:sz w:val="24"/>
          <w:lang w:val="lv-LV"/>
        </w:rPr>
        <w:t xml:space="preserve">īkojumu Nr. </w:t>
      </w:r>
      <w:r w:rsidRPr="00106346">
        <w:rPr>
          <w:rFonts w:ascii="Times New Roman" w:hAnsi="Times New Roman" w:cs="Times New Roman"/>
          <w:sz w:val="24"/>
          <w:lang w:val="lv-LV"/>
        </w:rPr>
        <w:t>1-8/336</w:t>
      </w:r>
    </w:p>
    <w:p w:rsidR="001B5074" w:rsidRPr="000E1B4F" w:rsidRDefault="007C28DA" w:rsidP="00FE309A">
      <w:pPr>
        <w:pStyle w:val="Virsraksts1"/>
        <w:jc w:val="center"/>
        <w:rPr>
          <w:rFonts w:ascii="Times New Roman" w:hAnsi="Times New Roman" w:cs="Times New Roman"/>
          <w:color w:val="auto"/>
          <w:lang w:val="lv-LV"/>
        </w:rPr>
      </w:pPr>
      <w:r w:rsidRPr="000E1B4F">
        <w:rPr>
          <w:rFonts w:ascii="Times New Roman" w:hAnsi="Times New Roman" w:cs="Times New Roman"/>
          <w:color w:val="auto"/>
          <w:lang w:val="lv-LV"/>
        </w:rPr>
        <w:t>R</w:t>
      </w:r>
      <w:r w:rsidR="00A07169" w:rsidRPr="000E1B4F">
        <w:rPr>
          <w:rFonts w:ascii="Times New Roman" w:hAnsi="Times New Roman" w:cs="Times New Roman"/>
          <w:color w:val="auto"/>
          <w:lang w:val="lv-LV"/>
        </w:rPr>
        <w:t xml:space="preserve">eklāmas </w:t>
      </w:r>
      <w:r w:rsidR="00270B30" w:rsidRPr="000E1B4F">
        <w:rPr>
          <w:rFonts w:ascii="Times New Roman" w:hAnsi="Times New Roman" w:cs="Times New Roman"/>
          <w:color w:val="auto"/>
          <w:lang w:val="lv-LV"/>
        </w:rPr>
        <w:t>rīcības</w:t>
      </w:r>
      <w:r w:rsidR="00A07169" w:rsidRPr="000E1B4F">
        <w:rPr>
          <w:rFonts w:ascii="Times New Roman" w:hAnsi="Times New Roman" w:cs="Times New Roman"/>
          <w:color w:val="auto"/>
          <w:lang w:val="lv-LV"/>
        </w:rPr>
        <w:t xml:space="preserve"> </w:t>
      </w:r>
      <w:r w:rsidR="00FE309A" w:rsidRPr="000E1B4F">
        <w:rPr>
          <w:rFonts w:ascii="Times New Roman" w:hAnsi="Times New Roman" w:cs="Times New Roman"/>
          <w:color w:val="auto"/>
          <w:lang w:val="lv-LV"/>
        </w:rPr>
        <w:t xml:space="preserve">plāns </w:t>
      </w:r>
      <w:r w:rsidR="00A15015" w:rsidRPr="000E1B4F">
        <w:rPr>
          <w:rFonts w:ascii="Times New Roman" w:hAnsi="Times New Roman" w:cs="Times New Roman"/>
          <w:color w:val="auto"/>
          <w:lang w:val="lv-LV"/>
        </w:rPr>
        <w:t>202</w:t>
      </w:r>
      <w:r w:rsidR="00106346">
        <w:rPr>
          <w:rFonts w:ascii="Times New Roman" w:hAnsi="Times New Roman" w:cs="Times New Roman"/>
          <w:color w:val="auto"/>
          <w:lang w:val="lv-LV"/>
        </w:rPr>
        <w:t>6</w:t>
      </w:r>
      <w:r w:rsidR="00A15015" w:rsidRPr="000E1B4F">
        <w:rPr>
          <w:rFonts w:ascii="Times New Roman" w:hAnsi="Times New Roman" w:cs="Times New Roman"/>
          <w:color w:val="auto"/>
          <w:lang w:val="lv-LV"/>
        </w:rPr>
        <w:t>./202</w:t>
      </w:r>
      <w:r w:rsidR="00106346">
        <w:rPr>
          <w:rFonts w:ascii="Times New Roman" w:hAnsi="Times New Roman" w:cs="Times New Roman"/>
          <w:color w:val="auto"/>
          <w:lang w:val="lv-LV"/>
        </w:rPr>
        <w:t>7</w:t>
      </w:r>
      <w:r w:rsidR="00A15015" w:rsidRPr="000E1B4F">
        <w:rPr>
          <w:rFonts w:ascii="Times New Roman" w:hAnsi="Times New Roman" w:cs="Times New Roman"/>
          <w:color w:val="auto"/>
          <w:lang w:val="lv-LV"/>
        </w:rPr>
        <w:t>.</w:t>
      </w:r>
      <w:r w:rsidR="000E1B4F">
        <w:rPr>
          <w:rFonts w:ascii="Times New Roman" w:hAnsi="Times New Roman" w:cs="Times New Roman"/>
          <w:color w:val="auto"/>
          <w:lang w:val="lv-LV"/>
        </w:rPr>
        <w:t xml:space="preserve"> </w:t>
      </w:r>
      <w:r w:rsidR="00A15015" w:rsidRPr="000E1B4F">
        <w:rPr>
          <w:rFonts w:ascii="Times New Roman" w:hAnsi="Times New Roman" w:cs="Times New Roman"/>
          <w:color w:val="auto"/>
          <w:lang w:val="lv-LV"/>
        </w:rPr>
        <w:t>māc. g.</w:t>
      </w:r>
    </w:p>
    <w:p w:rsidR="001B5074" w:rsidRPr="000E1B4F" w:rsidRDefault="003174A9" w:rsidP="00A15015">
      <w:pPr>
        <w:pStyle w:val="Virsraksts2"/>
        <w:jc w:val="both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0E1B4F">
        <w:rPr>
          <w:rFonts w:ascii="Times New Roman" w:hAnsi="Times New Roman" w:cs="Times New Roman"/>
          <w:color w:val="auto"/>
          <w:sz w:val="24"/>
          <w:szCs w:val="24"/>
          <w:lang w:val="lv-LV"/>
        </w:rPr>
        <w:t>1. Mērķis</w:t>
      </w:r>
    </w:p>
    <w:p w:rsidR="001B5074" w:rsidRPr="000E1B4F" w:rsidRDefault="002833F2" w:rsidP="000E1B4F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0E1B4F">
        <w:rPr>
          <w:rFonts w:ascii="Times New Roman" w:hAnsi="Times New Roman" w:cs="Times New Roman"/>
          <w:sz w:val="24"/>
          <w:szCs w:val="24"/>
          <w:lang w:val="lv-LV"/>
        </w:rPr>
        <w:t>P</w:t>
      </w:r>
      <w:r w:rsidR="003174A9" w:rsidRPr="000E1B4F">
        <w:rPr>
          <w:rFonts w:ascii="Times New Roman" w:hAnsi="Times New Roman" w:cs="Times New Roman"/>
          <w:sz w:val="24"/>
          <w:szCs w:val="24"/>
          <w:lang w:val="lv-LV"/>
        </w:rPr>
        <w:t>iesaist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t>ī</w:t>
      </w:r>
      <w:r w:rsidR="003174A9" w:rsidRPr="000E1B4F">
        <w:rPr>
          <w:rFonts w:ascii="Times New Roman" w:hAnsi="Times New Roman" w:cs="Times New Roman"/>
          <w:sz w:val="24"/>
          <w:szCs w:val="24"/>
          <w:lang w:val="lv-LV"/>
        </w:rPr>
        <w:t>t motivētus jauniešus, kas vēlas iegūt kvalitatīvu profesionālo izglītību. Veicināt tehnikuma atpazīstamību reģionā un valstī.</w:t>
      </w:r>
    </w:p>
    <w:p w:rsidR="001B5074" w:rsidRPr="000E1B4F" w:rsidRDefault="003174A9">
      <w:pPr>
        <w:pStyle w:val="Virsraksts2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0E1B4F">
        <w:rPr>
          <w:rFonts w:ascii="Times New Roman" w:hAnsi="Times New Roman" w:cs="Times New Roman"/>
          <w:color w:val="auto"/>
          <w:sz w:val="24"/>
          <w:szCs w:val="24"/>
          <w:lang w:val="lv-LV"/>
        </w:rPr>
        <w:t>2. Mērķauditorija</w:t>
      </w:r>
    </w:p>
    <w:p w:rsidR="001B5074" w:rsidRPr="000E1B4F" w:rsidRDefault="003174A9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0E1B4F">
        <w:rPr>
          <w:rFonts w:ascii="Times New Roman" w:hAnsi="Times New Roman" w:cs="Times New Roman"/>
          <w:sz w:val="24"/>
          <w:szCs w:val="24"/>
          <w:lang w:val="lv-LV"/>
        </w:rPr>
        <w:t>• Galvenā auditorija – 9. klašu absolventi</w:t>
      </w:r>
      <w:r w:rsidR="00A07169" w:rsidRPr="000E1B4F">
        <w:rPr>
          <w:rFonts w:ascii="Times New Roman" w:hAnsi="Times New Roman" w:cs="Times New Roman"/>
          <w:sz w:val="24"/>
          <w:szCs w:val="24"/>
          <w:lang w:val="lv-LV"/>
        </w:rPr>
        <w:t>.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br/>
        <w:t>• Sekundārā auditorija – vecāki, skolotāji, karjeras konsultanti, uzņēmumu pārstāvji.</w:t>
      </w:r>
    </w:p>
    <w:p w:rsidR="001B5074" w:rsidRPr="000E1B4F" w:rsidRDefault="003174A9">
      <w:pPr>
        <w:pStyle w:val="Virsraksts2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0E1B4F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3. Piedāvātās </w:t>
      </w:r>
      <w:r w:rsidR="00A13150" w:rsidRPr="000E1B4F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izglītības </w:t>
      </w:r>
      <w:r w:rsidRPr="000E1B4F">
        <w:rPr>
          <w:rFonts w:ascii="Times New Roman" w:hAnsi="Times New Roman" w:cs="Times New Roman"/>
          <w:color w:val="auto"/>
          <w:sz w:val="24"/>
          <w:szCs w:val="24"/>
          <w:lang w:val="lv-LV"/>
        </w:rPr>
        <w:t>programmas</w:t>
      </w:r>
    </w:p>
    <w:p w:rsidR="00937E50" w:rsidRPr="000E1B4F" w:rsidRDefault="003174A9" w:rsidP="00937E50">
      <w:pPr>
        <w:tabs>
          <w:tab w:val="left" w:pos="39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0E1B4F">
        <w:rPr>
          <w:rFonts w:ascii="Times New Roman" w:hAnsi="Times New Roman" w:cs="Times New Roman"/>
          <w:sz w:val="24"/>
          <w:szCs w:val="24"/>
          <w:lang w:val="lv-LV"/>
        </w:rPr>
        <w:t>Ogres tehnikums piedāvā plašu profesionālās izglītības klāstu šādās jomās:</w:t>
      </w:r>
    </w:p>
    <w:p w:rsidR="00937E50" w:rsidRPr="000E1B4F" w:rsidRDefault="00937E50" w:rsidP="00937E50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v-LV" w:eastAsia="lv-LV"/>
        </w:rPr>
      </w:pP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387"/>
      </w:tblGrid>
      <w:tr w:rsidR="00FE05AD" w:rsidRPr="000E1B4F" w:rsidTr="000E1B4F">
        <w:tc>
          <w:tcPr>
            <w:tcW w:w="3969" w:type="dxa"/>
            <w:hideMark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lang w:val="lv-LV" w:eastAsia="lv-LV"/>
              </w:rPr>
            </w:pPr>
            <w:r w:rsidRPr="000E1B4F">
              <w:rPr>
                <w:rFonts w:ascii="Times New Roman" w:eastAsia="Times New Roman" w:hAnsi="Times New Roman"/>
                <w:b/>
                <w:sz w:val="24"/>
                <w:lang w:val="lv-LV" w:eastAsia="lv-LV"/>
              </w:rPr>
              <w:t>Profesionālās izglītības programma</w:t>
            </w:r>
          </w:p>
        </w:tc>
        <w:tc>
          <w:tcPr>
            <w:tcW w:w="5387" w:type="dxa"/>
            <w:hideMark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lang w:val="lv-LV" w:eastAsia="lv-LV"/>
              </w:rPr>
            </w:pPr>
            <w:r w:rsidRPr="000E1B4F">
              <w:rPr>
                <w:rFonts w:ascii="Times New Roman" w:hAnsi="Times New Roman"/>
                <w:b/>
                <w:sz w:val="24"/>
                <w:lang w:val="lv-LV" w:eastAsia="lv-LV"/>
              </w:rPr>
              <w:t>Profesionālās izglītības programmā ap</w:t>
            </w:r>
            <w:r w:rsidRPr="000E1B4F">
              <w:rPr>
                <w:rFonts w:ascii="Times New Roman" w:eastAsia="Times New Roman" w:hAnsi="Times New Roman"/>
                <w:b/>
                <w:sz w:val="24"/>
                <w:lang w:val="lv-LV" w:eastAsia="lv-LV"/>
              </w:rPr>
              <w:t>gūstamā profesionālā kvalifikācija un specializācija</w:t>
            </w:r>
          </w:p>
        </w:tc>
      </w:tr>
      <w:tr w:rsidR="00FE05AD" w:rsidRPr="000E1B4F" w:rsidTr="000E1B4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sz w:val="24"/>
                <w:lang w:val="lv-LV"/>
              </w:rPr>
              <w:t>Komunikācijas dizains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 xml:space="preserve">Komunikācijas dizainera asistents (specializācija </w:t>
            </w:r>
            <w:r w:rsidR="00FE309A"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a</w:t>
            </w: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udiovizuālās komunikācijas dizainera asistents)</w:t>
            </w:r>
          </w:p>
        </w:tc>
      </w:tr>
      <w:tr w:rsidR="00FE05AD" w:rsidRPr="000E1B4F" w:rsidTr="000E1B4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sz w:val="24"/>
                <w:lang w:val="lv-LV"/>
              </w:rPr>
              <w:t>Komunikācijas dizains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 xml:space="preserve">Komunikācijas dizainera asistents (specializācija </w:t>
            </w:r>
            <w:r w:rsidR="00FE309A"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g</w:t>
            </w: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rafikas dizainera asistents</w:t>
            </w:r>
            <w:r w:rsidR="00FE309A"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.</w:t>
            </w:r>
          </w:p>
        </w:tc>
      </w:tr>
      <w:tr w:rsidR="00FE05AD" w:rsidRPr="000E1B4F" w:rsidTr="000E1B4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sz w:val="24"/>
                <w:lang w:val="lv-LV"/>
              </w:rPr>
              <w:t>Vides dizains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 xml:space="preserve">Vides dizainera asistents </w:t>
            </w:r>
          </w:p>
        </w:tc>
      </w:tr>
      <w:tr w:rsidR="00FE05AD" w:rsidRPr="000E1B4F" w:rsidTr="000E1B4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sz w:val="24"/>
                <w:lang w:val="lv-LV"/>
              </w:rPr>
              <w:t>Interjera dizains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Interjera dizainera asistents</w:t>
            </w:r>
          </w:p>
        </w:tc>
      </w:tr>
      <w:tr w:rsidR="00FE05AD" w:rsidRPr="000E1B4F" w:rsidTr="000E1B4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sz w:val="24"/>
                <w:lang w:val="lv-LV"/>
              </w:rPr>
              <w:t>Audiovizuālā māksla un tehnoloģijas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Video operators</w:t>
            </w:r>
          </w:p>
        </w:tc>
      </w:tr>
      <w:tr w:rsidR="00FE05AD" w:rsidRPr="000E1B4F" w:rsidTr="000E1B4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Grāmatvedība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Uzskaites grāmatvedis</w:t>
            </w:r>
          </w:p>
        </w:tc>
      </w:tr>
      <w:tr w:rsidR="00FE05AD" w:rsidRPr="000E1B4F" w:rsidTr="000E1B4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Datorsistēmas, datubāzes un datortīkli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Datorsistēmu tehniķis</w:t>
            </w:r>
          </w:p>
        </w:tc>
      </w:tr>
      <w:tr w:rsidR="00FE05AD" w:rsidRPr="000E1B4F" w:rsidTr="000E1B4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Elektronika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Elektronikas tehniķis</w:t>
            </w:r>
          </w:p>
        </w:tc>
      </w:tr>
      <w:tr w:rsidR="00FE05AD" w:rsidRPr="000E1B4F" w:rsidTr="000E1B4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Viesnīcu pakalpojumi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Viesmīlības pakalpojumu speciālists</w:t>
            </w:r>
          </w:p>
        </w:tc>
      </w:tr>
      <w:tr w:rsidR="00FE05AD" w:rsidRPr="000E1B4F" w:rsidTr="000E1B4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Ēdināšanas pakalpojumi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 xml:space="preserve">Pavārs ar specializāciju </w:t>
            </w:r>
            <w:r w:rsidR="00FE309A"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r</w:t>
            </w: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estorāna pavārs</w:t>
            </w:r>
          </w:p>
        </w:tc>
      </w:tr>
      <w:tr w:rsidR="00FE05AD" w:rsidRPr="000E1B4F" w:rsidTr="000E1B4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Mašīnzinības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 xml:space="preserve">Smago spēkratu mehāniķis, </w:t>
            </w:r>
          </w:p>
        </w:tc>
      </w:tr>
      <w:tr w:rsidR="00FE05AD" w:rsidRPr="000E1B4F" w:rsidTr="000E1B4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Kokizstrādājumu izgatavošana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Mēbeļu galdnieks</w:t>
            </w:r>
          </w:p>
        </w:tc>
      </w:tr>
      <w:tr w:rsidR="00FE05AD" w:rsidRPr="000E1B4F" w:rsidTr="000E1B4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Būvdarbi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Namdaris</w:t>
            </w:r>
          </w:p>
        </w:tc>
      </w:tr>
      <w:tr w:rsidR="00FE05AD" w:rsidRPr="000E1B4F" w:rsidTr="000E1B4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/>
                <w:sz w:val="24"/>
                <w:lang w:val="lv-LV"/>
              </w:rPr>
              <w:t>Būvdarbi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sz w:val="24"/>
                <w:lang w:val="lv-LV"/>
              </w:rPr>
              <w:t>Jumiķis</w:t>
            </w:r>
          </w:p>
        </w:tc>
      </w:tr>
      <w:tr w:rsidR="00FE05AD" w:rsidRPr="000E1B4F" w:rsidTr="000E1B4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Meža darbi un tehnika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Meža mašīnu operators</w:t>
            </w:r>
          </w:p>
        </w:tc>
      </w:tr>
      <w:tr w:rsidR="00FE05AD" w:rsidRPr="000E1B4F" w:rsidTr="000E1B4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Mežsaimniecība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AD" w:rsidRPr="000E1B4F" w:rsidRDefault="00FE05AD" w:rsidP="00E446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E1B4F">
              <w:rPr>
                <w:rFonts w:ascii="Times New Roman" w:hAnsi="Times New Roman"/>
                <w:color w:val="000000"/>
                <w:sz w:val="24"/>
                <w:lang w:val="lv-LV"/>
              </w:rPr>
              <w:t>Mežsaimniecības tehniķis</w:t>
            </w:r>
          </w:p>
        </w:tc>
      </w:tr>
    </w:tbl>
    <w:p w:rsidR="001B5074" w:rsidRPr="000E1B4F" w:rsidRDefault="003174A9">
      <w:pPr>
        <w:pStyle w:val="Virsraksts2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0E1B4F">
        <w:rPr>
          <w:rFonts w:ascii="Times New Roman" w:hAnsi="Times New Roman" w:cs="Times New Roman"/>
          <w:color w:val="auto"/>
          <w:sz w:val="24"/>
          <w:szCs w:val="24"/>
          <w:lang w:val="lv-LV"/>
        </w:rPr>
        <w:t xml:space="preserve">4. Tehnikuma stiprās puses </w:t>
      </w:r>
    </w:p>
    <w:p w:rsidR="001B5074" w:rsidRPr="000E1B4F" w:rsidRDefault="003174A9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0E1B4F">
        <w:rPr>
          <w:rFonts w:ascii="Times New Roman" w:hAnsi="Times New Roman" w:cs="Times New Roman"/>
          <w:sz w:val="24"/>
          <w:szCs w:val="24"/>
          <w:lang w:val="lv-LV"/>
        </w:rPr>
        <w:t>• Mūsdienīgas mācību telpas ar jaunākajām tehnoloģijām.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br/>
        <w:t>• Praktiskās mācības sadarbībā ar uzņēmumiem un nozares profesionāļiem.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br/>
        <w:t xml:space="preserve">• Starptautiskas prakses un </w:t>
      </w:r>
      <w:proofErr w:type="spellStart"/>
      <w:r w:rsidRPr="000E1B4F">
        <w:rPr>
          <w:rFonts w:ascii="Times New Roman" w:hAnsi="Times New Roman" w:cs="Times New Roman"/>
          <w:sz w:val="24"/>
          <w:szCs w:val="24"/>
          <w:lang w:val="lv-LV"/>
        </w:rPr>
        <w:t>Erasmus</w:t>
      </w:r>
      <w:proofErr w:type="spellEnd"/>
      <w:r w:rsidRPr="000E1B4F">
        <w:rPr>
          <w:rFonts w:ascii="Times New Roman" w:hAnsi="Times New Roman" w:cs="Times New Roman"/>
          <w:sz w:val="24"/>
          <w:szCs w:val="24"/>
          <w:lang w:val="lv-LV"/>
        </w:rPr>
        <w:t>+ iespējas.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br/>
        <w:t xml:space="preserve">• Aktīva </w:t>
      </w:r>
      <w:r w:rsidR="00412935" w:rsidRPr="000E1B4F">
        <w:rPr>
          <w:rFonts w:ascii="Times New Roman" w:hAnsi="Times New Roman" w:cs="Times New Roman"/>
          <w:sz w:val="24"/>
          <w:szCs w:val="24"/>
          <w:lang w:val="lv-LV"/>
        </w:rPr>
        <w:t xml:space="preserve">audzēkņu 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t xml:space="preserve">dzīve, </w:t>
      </w:r>
      <w:r w:rsidR="00412935" w:rsidRPr="000E1B4F">
        <w:rPr>
          <w:rFonts w:ascii="Times New Roman" w:hAnsi="Times New Roman" w:cs="Times New Roman"/>
          <w:sz w:val="24"/>
          <w:szCs w:val="24"/>
          <w:lang w:val="lv-LV"/>
        </w:rPr>
        <w:t>personības izaugsmes iespējas.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br/>
        <w:t>• Pieredzējuši pedagogi un individuāla pieeja katram audzēknim.</w:t>
      </w:r>
    </w:p>
    <w:p w:rsidR="001B5074" w:rsidRPr="000E1B4F" w:rsidRDefault="003174A9">
      <w:pPr>
        <w:pStyle w:val="Virsraksts2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0E1B4F">
        <w:rPr>
          <w:rFonts w:ascii="Times New Roman" w:hAnsi="Times New Roman" w:cs="Times New Roman"/>
          <w:color w:val="auto"/>
          <w:sz w:val="24"/>
          <w:szCs w:val="24"/>
          <w:lang w:val="lv-LV"/>
        </w:rPr>
        <w:lastRenderedPageBreak/>
        <w:t>5. Galvenie komunikācijas kanāli</w:t>
      </w:r>
    </w:p>
    <w:p w:rsidR="001B5074" w:rsidRPr="000E1B4F" w:rsidRDefault="003174A9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0E1B4F">
        <w:rPr>
          <w:rFonts w:ascii="Times New Roman" w:hAnsi="Times New Roman" w:cs="Times New Roman"/>
          <w:sz w:val="24"/>
          <w:szCs w:val="24"/>
          <w:lang w:val="lv-LV"/>
        </w:rPr>
        <w:t>• Sociālie tīkli (</w:t>
      </w:r>
      <w:proofErr w:type="spellStart"/>
      <w:r w:rsidRPr="000E1B4F">
        <w:rPr>
          <w:rFonts w:ascii="Times New Roman" w:hAnsi="Times New Roman" w:cs="Times New Roman"/>
          <w:sz w:val="24"/>
          <w:szCs w:val="24"/>
          <w:lang w:val="lv-LV"/>
        </w:rPr>
        <w:t>Facebook</w:t>
      </w:r>
      <w:proofErr w:type="spellEnd"/>
      <w:r w:rsidRPr="000E1B4F">
        <w:rPr>
          <w:rFonts w:ascii="Times New Roman" w:hAnsi="Times New Roman" w:cs="Times New Roman"/>
          <w:sz w:val="24"/>
          <w:szCs w:val="24"/>
          <w:lang w:val="lv-LV"/>
        </w:rPr>
        <w:t xml:space="preserve">, </w:t>
      </w:r>
      <w:proofErr w:type="spellStart"/>
      <w:r w:rsidRPr="000E1B4F">
        <w:rPr>
          <w:rFonts w:ascii="Times New Roman" w:hAnsi="Times New Roman" w:cs="Times New Roman"/>
          <w:sz w:val="24"/>
          <w:szCs w:val="24"/>
          <w:lang w:val="lv-LV"/>
        </w:rPr>
        <w:t>Instagram</w:t>
      </w:r>
      <w:proofErr w:type="spellEnd"/>
      <w:r w:rsidRPr="000E1B4F">
        <w:rPr>
          <w:rFonts w:ascii="Times New Roman" w:hAnsi="Times New Roman" w:cs="Times New Roman"/>
          <w:sz w:val="24"/>
          <w:szCs w:val="24"/>
          <w:lang w:val="lv-LV"/>
        </w:rPr>
        <w:t xml:space="preserve">, </w:t>
      </w:r>
      <w:proofErr w:type="spellStart"/>
      <w:r w:rsidRPr="000E1B4F">
        <w:rPr>
          <w:rFonts w:ascii="Times New Roman" w:hAnsi="Times New Roman" w:cs="Times New Roman"/>
          <w:sz w:val="24"/>
          <w:szCs w:val="24"/>
          <w:lang w:val="lv-LV"/>
        </w:rPr>
        <w:t>TikTok</w:t>
      </w:r>
      <w:proofErr w:type="spellEnd"/>
      <w:r w:rsidRPr="000E1B4F">
        <w:rPr>
          <w:rFonts w:ascii="Times New Roman" w:hAnsi="Times New Roman" w:cs="Times New Roman"/>
          <w:sz w:val="24"/>
          <w:szCs w:val="24"/>
          <w:lang w:val="lv-LV"/>
        </w:rPr>
        <w:t xml:space="preserve">) – stāsti par </w:t>
      </w:r>
      <w:r w:rsidR="00581440" w:rsidRPr="000E1B4F">
        <w:rPr>
          <w:rFonts w:ascii="Times New Roman" w:hAnsi="Times New Roman" w:cs="Times New Roman"/>
          <w:sz w:val="24"/>
          <w:szCs w:val="24"/>
          <w:lang w:val="lv-LV"/>
        </w:rPr>
        <w:t>audzēkņiem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t>, video, konkursi.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br/>
        <w:t>• Mājaslapa – programmu apraksti, pieteikšanās forma, jaunumi.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br/>
        <w:t>• Skolu vizītes – prezentācijas un meistarklases 9. klašu skolēniem.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br/>
        <w:t>• Atvērto durvju dienas – ekskursijas, demonstrācijas, konsultācijas.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br/>
        <w:t xml:space="preserve">• Reklāma (drukātā un digitālā) – afišas, plakāti, </w:t>
      </w:r>
      <w:proofErr w:type="spellStart"/>
      <w:r w:rsidRPr="000E1B4F">
        <w:rPr>
          <w:rFonts w:ascii="Times New Roman" w:hAnsi="Times New Roman" w:cs="Times New Roman"/>
          <w:sz w:val="24"/>
          <w:szCs w:val="24"/>
          <w:lang w:val="lv-LV"/>
        </w:rPr>
        <w:t>baneri</w:t>
      </w:r>
      <w:proofErr w:type="spellEnd"/>
      <w:r w:rsidRPr="000E1B4F">
        <w:rPr>
          <w:rFonts w:ascii="Times New Roman" w:hAnsi="Times New Roman" w:cs="Times New Roman"/>
          <w:sz w:val="24"/>
          <w:szCs w:val="24"/>
          <w:lang w:val="lv-LV"/>
        </w:rPr>
        <w:t>.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br/>
        <w:t>• Sadarbība ar uzņēmumiem un pašvaldību – kopīgas aktivitātes un prakses iespējas.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br/>
        <w:t xml:space="preserve">• </w:t>
      </w:r>
      <w:r w:rsidR="00A07169" w:rsidRPr="000E1B4F">
        <w:rPr>
          <w:rFonts w:ascii="Times New Roman" w:hAnsi="Times New Roman" w:cs="Times New Roman"/>
          <w:sz w:val="24"/>
          <w:szCs w:val="24"/>
          <w:lang w:val="lv-LV"/>
        </w:rPr>
        <w:t xml:space="preserve">Novadu 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t xml:space="preserve"> mediji – intervijas un raksti par </w:t>
      </w:r>
      <w:r w:rsidR="0003356B" w:rsidRPr="000E1B4F">
        <w:rPr>
          <w:rFonts w:ascii="Times New Roman" w:hAnsi="Times New Roman" w:cs="Times New Roman"/>
          <w:sz w:val="24"/>
          <w:szCs w:val="24"/>
          <w:lang w:val="lv-LV"/>
        </w:rPr>
        <w:t xml:space="preserve">audzēkņu 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t xml:space="preserve"> sasniegumiem.</w:t>
      </w:r>
    </w:p>
    <w:p w:rsidR="00D92711" w:rsidRPr="000E1B4F" w:rsidRDefault="003174A9" w:rsidP="00DE7C5F">
      <w:pPr>
        <w:pStyle w:val="Virsraksts2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0E1B4F">
        <w:rPr>
          <w:rFonts w:ascii="Times New Roman" w:hAnsi="Times New Roman" w:cs="Times New Roman"/>
          <w:color w:val="auto"/>
          <w:sz w:val="24"/>
          <w:szCs w:val="24"/>
          <w:lang w:val="lv-LV"/>
        </w:rPr>
        <w:t>6. Aktivitāšu plāns</w:t>
      </w:r>
    </w:p>
    <w:tbl>
      <w:tblPr>
        <w:tblStyle w:val="Reatabula"/>
        <w:tblW w:w="11282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4395"/>
        <w:gridCol w:w="2268"/>
        <w:gridCol w:w="1984"/>
        <w:gridCol w:w="2635"/>
      </w:tblGrid>
      <w:tr w:rsidR="00D92711" w:rsidRPr="000E1B4F" w:rsidTr="007C28DA">
        <w:tc>
          <w:tcPr>
            <w:tcW w:w="4395" w:type="dxa"/>
          </w:tcPr>
          <w:p w:rsidR="00D92711" w:rsidRPr="000E1B4F" w:rsidRDefault="00D92711" w:rsidP="00D92711">
            <w:pP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Aktivitāte</w:t>
            </w:r>
          </w:p>
        </w:tc>
        <w:tc>
          <w:tcPr>
            <w:tcW w:w="2268" w:type="dxa"/>
          </w:tcPr>
          <w:p w:rsidR="00D92711" w:rsidRPr="000E1B4F" w:rsidRDefault="00D92711" w:rsidP="00D92711">
            <w:pP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Laiks</w:t>
            </w:r>
          </w:p>
        </w:tc>
        <w:tc>
          <w:tcPr>
            <w:tcW w:w="1984" w:type="dxa"/>
          </w:tcPr>
          <w:p w:rsidR="00D92711" w:rsidRPr="000E1B4F" w:rsidRDefault="00D92711" w:rsidP="00D92711">
            <w:pP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Atbildīgais</w:t>
            </w:r>
          </w:p>
        </w:tc>
        <w:tc>
          <w:tcPr>
            <w:tcW w:w="2635" w:type="dxa"/>
          </w:tcPr>
          <w:p w:rsidR="00D92711" w:rsidRPr="000E1B4F" w:rsidRDefault="00D92711" w:rsidP="00D92711">
            <w:pP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Piezīmes</w:t>
            </w:r>
          </w:p>
        </w:tc>
      </w:tr>
      <w:tr w:rsidR="00D92711" w:rsidRPr="000E1B4F" w:rsidTr="007C28DA">
        <w:tc>
          <w:tcPr>
            <w:tcW w:w="4395" w:type="dxa"/>
          </w:tcPr>
          <w:p w:rsidR="00A3387F" w:rsidRPr="000E1B4F" w:rsidRDefault="00A07169" w:rsidP="00A0716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Informācijas </w:t>
            </w:r>
            <w:r w:rsidR="00E6767E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aktualizācija </w:t>
            </w:r>
            <w:hyperlink r:id="rId8" w:history="1">
              <w:r w:rsidR="00E6767E" w:rsidRPr="000E1B4F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www.ovt.lv</w:t>
              </w:r>
            </w:hyperlink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E6767E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par izglītības programmu saturu</w:t>
            </w:r>
          </w:p>
          <w:p w:rsidR="00A3387F" w:rsidRPr="000E1B4F" w:rsidRDefault="00A3387F" w:rsidP="00A07169">
            <w:pPr>
              <w:pStyle w:val="Sarakstarindkopa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268" w:type="dxa"/>
          </w:tcPr>
          <w:p w:rsidR="00D92711" w:rsidRPr="000E1B4F" w:rsidRDefault="00A07169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</w:t>
            </w:r>
            <w:r w:rsidR="009538AB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ktobris</w:t>
            </w:r>
          </w:p>
        </w:tc>
        <w:tc>
          <w:tcPr>
            <w:tcW w:w="1984" w:type="dxa"/>
          </w:tcPr>
          <w:p w:rsidR="000359D9" w:rsidRPr="000E1B4F" w:rsidRDefault="000359D9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Nodaļu</w:t>
            </w:r>
            <w:r w:rsidR="009538AB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/izglītības programmu 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vadītāji</w:t>
            </w:r>
          </w:p>
          <w:p w:rsidR="000359D9" w:rsidRPr="000E1B4F" w:rsidRDefault="00E6767E" w:rsidP="00A0716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D.Pampavs</w:t>
            </w:r>
            <w:proofErr w:type="spellEnd"/>
          </w:p>
        </w:tc>
        <w:tc>
          <w:tcPr>
            <w:tcW w:w="2635" w:type="dxa"/>
          </w:tcPr>
          <w:p w:rsidR="00D92711" w:rsidRPr="000E1B4F" w:rsidRDefault="00D92711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A07169" w:rsidRPr="000E1B4F" w:rsidTr="007C28DA">
        <w:tc>
          <w:tcPr>
            <w:tcW w:w="4395" w:type="dxa"/>
          </w:tcPr>
          <w:p w:rsidR="00A07169" w:rsidRPr="000E1B4F" w:rsidRDefault="00A07169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Video sižet</w:t>
            </w:r>
            <w:r w:rsidR="00FE309A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 izveidošana</w:t>
            </w:r>
            <w:r w:rsidR="00860144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atbilstošai mērķa grupai:</w:t>
            </w:r>
          </w:p>
          <w:p w:rsidR="00A07169" w:rsidRPr="000E1B4F" w:rsidRDefault="00A07169" w:rsidP="00A07169">
            <w:pPr>
              <w:pStyle w:val="Sarakstarindkopa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par katru profesiju (16)</w:t>
            </w:r>
          </w:p>
          <w:p w:rsidR="00A07169" w:rsidRPr="000E1B4F" w:rsidRDefault="00A07169" w:rsidP="00A07169">
            <w:pPr>
              <w:pStyle w:val="Sarakstarindkopa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absolventu pieredzes stāsti</w:t>
            </w:r>
            <w:r w:rsidR="00FE309A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  <w:p w:rsidR="00FE309A" w:rsidRPr="000E1B4F" w:rsidRDefault="00FE309A" w:rsidP="00A07169">
            <w:pPr>
              <w:pStyle w:val="Sarakstarindkopa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intervijas ar nozares pārstāvjiem</w:t>
            </w:r>
          </w:p>
        </w:tc>
        <w:tc>
          <w:tcPr>
            <w:tcW w:w="2268" w:type="dxa"/>
          </w:tcPr>
          <w:p w:rsidR="00A07169" w:rsidRPr="000E1B4F" w:rsidRDefault="00A07169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līdz </w:t>
            </w:r>
            <w:r w:rsidR="00FE309A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2027.gada 15. februārim</w:t>
            </w:r>
          </w:p>
        </w:tc>
        <w:tc>
          <w:tcPr>
            <w:tcW w:w="1984" w:type="dxa"/>
          </w:tcPr>
          <w:p w:rsidR="00FE309A" w:rsidRPr="000E1B4F" w:rsidRDefault="00FE309A" w:rsidP="00A0716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B.Liepiņa</w:t>
            </w:r>
            <w:proofErr w:type="spellEnd"/>
          </w:p>
          <w:p w:rsidR="00270B30" w:rsidRPr="000E1B4F" w:rsidRDefault="00270B30" w:rsidP="00A0716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S.Kaše</w:t>
            </w:r>
            <w:proofErr w:type="spellEnd"/>
          </w:p>
          <w:p w:rsidR="00A07169" w:rsidRPr="000E1B4F" w:rsidRDefault="00A07169" w:rsidP="00A0716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Nodaļu/izglītības programmu vadītāji</w:t>
            </w:r>
          </w:p>
          <w:p w:rsidR="00A07169" w:rsidRPr="000E1B4F" w:rsidRDefault="00A07169" w:rsidP="00A0716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T.Ezerietis</w:t>
            </w:r>
            <w:proofErr w:type="spellEnd"/>
          </w:p>
          <w:p w:rsidR="00A07169" w:rsidRPr="000E1B4F" w:rsidRDefault="00A07169" w:rsidP="00A0716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D.Dreimanis</w:t>
            </w:r>
            <w:proofErr w:type="spellEnd"/>
          </w:p>
          <w:p w:rsidR="00A07169" w:rsidRPr="000E1B4F" w:rsidRDefault="00E936C8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B.Zviedre</w:t>
            </w:r>
            <w:proofErr w:type="spellEnd"/>
          </w:p>
        </w:tc>
        <w:tc>
          <w:tcPr>
            <w:tcW w:w="2635" w:type="dxa"/>
          </w:tcPr>
          <w:p w:rsidR="00A07169" w:rsidRPr="000E1B4F" w:rsidRDefault="00522532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hyperlink r:id="rId9" w:history="1">
              <w:r w:rsidR="00270B30" w:rsidRPr="000E1B4F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www.ovt.lv</w:t>
              </w:r>
            </w:hyperlink>
          </w:p>
          <w:p w:rsidR="00270B30" w:rsidRPr="000E1B4F" w:rsidRDefault="00270B30" w:rsidP="00270B3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Facebook</w:t>
            </w:r>
            <w:proofErr w:type="spellEnd"/>
          </w:p>
          <w:p w:rsidR="00270B30" w:rsidRPr="000E1B4F" w:rsidRDefault="00270B30" w:rsidP="00270B3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Instagram</w:t>
            </w:r>
            <w:proofErr w:type="spellEnd"/>
          </w:p>
          <w:p w:rsidR="00270B30" w:rsidRPr="000E1B4F" w:rsidRDefault="00270B30" w:rsidP="00270B3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Tik </w:t>
            </w: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Tok</w:t>
            </w:r>
            <w:proofErr w:type="spellEnd"/>
          </w:p>
          <w:p w:rsidR="00B13DE1" w:rsidRPr="000E1B4F" w:rsidRDefault="00B13DE1" w:rsidP="00270B3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Nozaru uzņēmumi/biedrības</w:t>
            </w:r>
          </w:p>
        </w:tc>
      </w:tr>
      <w:tr w:rsidR="009636E1" w:rsidRPr="000E1B4F" w:rsidTr="007C28DA">
        <w:tc>
          <w:tcPr>
            <w:tcW w:w="4395" w:type="dxa"/>
          </w:tcPr>
          <w:p w:rsidR="00270B30" w:rsidRPr="000E1B4F" w:rsidRDefault="009636E1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Reklāmas materiālu maketu izstrāde</w:t>
            </w:r>
            <w:r w:rsidR="00860144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atbilstošai mērķa grupai:</w:t>
            </w:r>
          </w:p>
          <w:p w:rsidR="00270B30" w:rsidRPr="000E1B4F" w:rsidRDefault="009636E1" w:rsidP="00270B30">
            <w:pPr>
              <w:pStyle w:val="Sarakstarindkop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vizītkarte, </w:t>
            </w:r>
          </w:p>
          <w:p w:rsidR="00270B30" w:rsidRPr="000E1B4F" w:rsidRDefault="00270B30" w:rsidP="00270B30">
            <w:pPr>
              <w:pStyle w:val="Sarakstarindkop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reklāmas lapiņas, </w:t>
            </w:r>
          </w:p>
          <w:p w:rsidR="00270B30" w:rsidRPr="000E1B4F" w:rsidRDefault="00270B30" w:rsidP="00270B30">
            <w:pPr>
              <w:pStyle w:val="Sarakstarindkop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reklāmas maketi laikrakstiem</w:t>
            </w:r>
          </w:p>
          <w:p w:rsidR="009636E1" w:rsidRPr="000E1B4F" w:rsidRDefault="009636E1" w:rsidP="00270B30">
            <w:pPr>
              <w:pStyle w:val="Sarakstarindkop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baneri</w:t>
            </w:r>
            <w:proofErr w:type="spellEnd"/>
            <w:r w:rsidR="00270B30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utt.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2268" w:type="dxa"/>
          </w:tcPr>
          <w:p w:rsidR="009636E1" w:rsidRPr="000E1B4F" w:rsidRDefault="009636E1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oktobris</w:t>
            </w:r>
          </w:p>
        </w:tc>
        <w:tc>
          <w:tcPr>
            <w:tcW w:w="1984" w:type="dxa"/>
          </w:tcPr>
          <w:p w:rsidR="009636E1" w:rsidRPr="000E1B4F" w:rsidRDefault="009636E1" w:rsidP="00A0716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B.Liepiņ</w:t>
            </w:r>
            <w:r w:rsidR="00270B30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</w:t>
            </w:r>
            <w:proofErr w:type="spellEnd"/>
          </w:p>
          <w:p w:rsidR="00270B30" w:rsidRPr="000E1B4F" w:rsidRDefault="00270B30" w:rsidP="00A0716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S.Kaše</w:t>
            </w:r>
            <w:proofErr w:type="spellEnd"/>
          </w:p>
          <w:p w:rsidR="009636E1" w:rsidRPr="000E1B4F" w:rsidRDefault="009636E1" w:rsidP="00A0716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V.</w:t>
            </w:r>
            <w:r w:rsidR="00270B30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aļeiņikova</w:t>
            </w:r>
            <w:proofErr w:type="spellEnd"/>
          </w:p>
          <w:p w:rsidR="009636E1" w:rsidRPr="000E1B4F" w:rsidRDefault="009636E1" w:rsidP="00A0716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D.Runča</w:t>
            </w:r>
            <w:proofErr w:type="spellEnd"/>
          </w:p>
          <w:p w:rsidR="009636E1" w:rsidRPr="000E1B4F" w:rsidRDefault="009636E1" w:rsidP="00A0716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K.Bicāne</w:t>
            </w:r>
            <w:proofErr w:type="spellEnd"/>
          </w:p>
          <w:p w:rsidR="009636E1" w:rsidRPr="000E1B4F" w:rsidRDefault="009636E1" w:rsidP="00A0716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A.Saprikina</w:t>
            </w:r>
            <w:proofErr w:type="spellEnd"/>
          </w:p>
          <w:p w:rsidR="00C621C7" w:rsidRPr="000E1B4F" w:rsidRDefault="00C621C7" w:rsidP="00A0716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E.Atslens</w:t>
            </w:r>
            <w:proofErr w:type="spellEnd"/>
          </w:p>
          <w:p w:rsidR="00270B30" w:rsidRPr="000E1B4F" w:rsidRDefault="00270B30" w:rsidP="00A0716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635" w:type="dxa"/>
          </w:tcPr>
          <w:p w:rsidR="009636E1" w:rsidRPr="000E1B4F" w:rsidRDefault="00270B3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Laikraksts “Izstāde”</w:t>
            </w:r>
          </w:p>
          <w:p w:rsidR="00270B30" w:rsidRPr="000E1B4F" w:rsidRDefault="00270B3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Latvijas Avīze</w:t>
            </w:r>
          </w:p>
          <w:p w:rsidR="00270B30" w:rsidRPr="000E1B4F" w:rsidRDefault="00270B3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Novadu bezmaksas laikraksti (</w:t>
            </w:r>
            <w:r w:rsidR="00C621C7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jāveic 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izpēta)</w:t>
            </w:r>
          </w:p>
          <w:p w:rsidR="009B656E" w:rsidRPr="000E1B4F" w:rsidRDefault="009B656E" w:rsidP="009B656E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Reģionālās bibliotēkas Kultūras centri</w:t>
            </w:r>
          </w:p>
          <w:p w:rsidR="009B656E" w:rsidRPr="000E1B4F" w:rsidRDefault="009B656E" w:rsidP="009B656E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NVA</w:t>
            </w:r>
          </w:p>
          <w:p w:rsidR="009B656E" w:rsidRPr="000E1B4F" w:rsidRDefault="00B13DE1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Nozaru uzņēmumi/biedrības</w:t>
            </w:r>
          </w:p>
        </w:tc>
      </w:tr>
      <w:tr w:rsidR="00270B30" w:rsidRPr="000E1B4F" w:rsidTr="007C28DA">
        <w:tc>
          <w:tcPr>
            <w:tcW w:w="4395" w:type="dxa"/>
          </w:tcPr>
          <w:p w:rsidR="00270B30" w:rsidRPr="000E1B4F" w:rsidRDefault="00270B3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Vizuālās grafikas izstrāde</w:t>
            </w:r>
            <w:r w:rsidR="00860144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atbilstošai mērķa grupai:</w:t>
            </w:r>
          </w:p>
          <w:p w:rsidR="00270B30" w:rsidRPr="000E1B4F" w:rsidRDefault="00C621C7" w:rsidP="00270B30">
            <w:pPr>
              <w:pStyle w:val="Sarakstarindkopa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uz pasākumiem;</w:t>
            </w:r>
          </w:p>
          <w:p w:rsidR="00C621C7" w:rsidRPr="000E1B4F" w:rsidRDefault="00C621C7" w:rsidP="00270B30">
            <w:pPr>
              <w:pStyle w:val="Sarakstarindkopa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uzņemšanai</w:t>
            </w:r>
          </w:p>
        </w:tc>
        <w:tc>
          <w:tcPr>
            <w:tcW w:w="2268" w:type="dxa"/>
          </w:tcPr>
          <w:p w:rsidR="00270B30" w:rsidRPr="000E1B4F" w:rsidRDefault="00C621C7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atbilstoši norises laikam</w:t>
            </w:r>
          </w:p>
        </w:tc>
        <w:tc>
          <w:tcPr>
            <w:tcW w:w="1984" w:type="dxa"/>
          </w:tcPr>
          <w:p w:rsidR="00270B30" w:rsidRPr="000E1B4F" w:rsidRDefault="00270B30" w:rsidP="00270B3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B.Liepiņa</w:t>
            </w:r>
            <w:proofErr w:type="spellEnd"/>
          </w:p>
          <w:p w:rsidR="00270B30" w:rsidRPr="000E1B4F" w:rsidRDefault="00270B30" w:rsidP="00270B3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S.Kaše</w:t>
            </w:r>
            <w:proofErr w:type="spellEnd"/>
          </w:p>
          <w:p w:rsidR="00270B30" w:rsidRPr="000E1B4F" w:rsidRDefault="00270B30" w:rsidP="00270B3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V.Kaļeiņikova</w:t>
            </w:r>
            <w:proofErr w:type="spellEnd"/>
          </w:p>
          <w:p w:rsidR="00270B30" w:rsidRPr="000E1B4F" w:rsidRDefault="00270B30" w:rsidP="00A07169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E.Atslens</w:t>
            </w:r>
            <w:proofErr w:type="spellEnd"/>
          </w:p>
        </w:tc>
        <w:tc>
          <w:tcPr>
            <w:tcW w:w="2635" w:type="dxa"/>
          </w:tcPr>
          <w:p w:rsidR="00270B30" w:rsidRPr="000E1B4F" w:rsidRDefault="00522532" w:rsidP="00270B3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hyperlink r:id="rId10" w:history="1">
              <w:r w:rsidR="00270B30" w:rsidRPr="000E1B4F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www.ovt.lv</w:t>
              </w:r>
            </w:hyperlink>
          </w:p>
          <w:p w:rsidR="00270B30" w:rsidRPr="000E1B4F" w:rsidRDefault="00270B30" w:rsidP="00270B3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Facebook</w:t>
            </w:r>
            <w:proofErr w:type="spellEnd"/>
          </w:p>
          <w:p w:rsidR="00270B30" w:rsidRPr="000E1B4F" w:rsidRDefault="00270B30" w:rsidP="00270B3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Instagram</w:t>
            </w:r>
            <w:proofErr w:type="spellEnd"/>
          </w:p>
          <w:p w:rsidR="00270B30" w:rsidRPr="000E1B4F" w:rsidRDefault="00270B30" w:rsidP="00270B3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Tik </w:t>
            </w: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Tok</w:t>
            </w:r>
            <w:proofErr w:type="spellEnd"/>
          </w:p>
          <w:p w:rsidR="00F1043F" w:rsidRPr="000E1B4F" w:rsidRDefault="00F1043F" w:rsidP="00270B3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e-klase</w:t>
            </w:r>
          </w:p>
          <w:p w:rsidR="00F1043F" w:rsidRPr="000E1B4F" w:rsidRDefault="00F1043F" w:rsidP="00270B3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vispārizglītojošās skolas</w:t>
            </w:r>
          </w:p>
          <w:p w:rsidR="00F1043F" w:rsidRPr="000E1B4F" w:rsidRDefault="00F1043F" w:rsidP="00270B3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novadu izglītības pārvaldes</w:t>
            </w:r>
          </w:p>
        </w:tc>
      </w:tr>
      <w:tr w:rsidR="00703653" w:rsidRPr="000E1B4F" w:rsidTr="007C28DA">
        <w:tc>
          <w:tcPr>
            <w:tcW w:w="4395" w:type="dxa"/>
          </w:tcPr>
          <w:p w:rsidR="00264DE6" w:rsidRPr="000E1B4F" w:rsidRDefault="00E936C8" w:rsidP="00E936C8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Karjeras pasākums </w:t>
            </w:r>
            <w:r w:rsidR="00264DE6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“Iepazīsti profesiju”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264DE6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Ogres novada skolām sadarbībā ar Ogres novada Izglītības pārvaldi</w:t>
            </w:r>
          </w:p>
        </w:tc>
        <w:tc>
          <w:tcPr>
            <w:tcW w:w="2268" w:type="dxa"/>
          </w:tcPr>
          <w:p w:rsidR="00703653" w:rsidRPr="000E1B4F" w:rsidRDefault="00736109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</w:t>
            </w:r>
            <w:r w:rsidR="002833F2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27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.gada </w:t>
            </w:r>
            <w:r w:rsidR="002833F2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26.</w:t>
            </w:r>
            <w:r w:rsidR="0019076D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002833F2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janvāris 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plkst.14.30</w:t>
            </w:r>
          </w:p>
          <w:p w:rsidR="007D30C0" w:rsidRPr="000E1B4F" w:rsidRDefault="007D30C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7D30C0" w:rsidRPr="000E1B4F" w:rsidRDefault="007D30C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:rsidR="009538AB" w:rsidRPr="000E1B4F" w:rsidRDefault="009538AB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B.Liepiņa</w:t>
            </w:r>
            <w:proofErr w:type="spellEnd"/>
          </w:p>
          <w:p w:rsidR="009538AB" w:rsidRPr="000E1B4F" w:rsidRDefault="009538AB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S.Kaše</w:t>
            </w:r>
            <w:proofErr w:type="spellEnd"/>
          </w:p>
          <w:p w:rsidR="00BB7143" w:rsidRPr="000E1B4F" w:rsidRDefault="009538AB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Nodaļu/izglītības programmu vadītāji</w:t>
            </w:r>
          </w:p>
        </w:tc>
        <w:tc>
          <w:tcPr>
            <w:tcW w:w="2635" w:type="dxa"/>
          </w:tcPr>
          <w:p w:rsidR="00703653" w:rsidRPr="000E1B4F" w:rsidRDefault="00703653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453FD3" w:rsidRPr="000E1B4F" w:rsidTr="007C28DA">
        <w:tc>
          <w:tcPr>
            <w:tcW w:w="4395" w:type="dxa"/>
          </w:tcPr>
          <w:p w:rsidR="00453FD3" w:rsidRPr="000E1B4F" w:rsidRDefault="00453FD3" w:rsidP="00E936C8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Vispārizglītojošo skolu apmeklējumi uz /no.</w:t>
            </w:r>
          </w:p>
        </w:tc>
        <w:tc>
          <w:tcPr>
            <w:tcW w:w="2268" w:type="dxa"/>
          </w:tcPr>
          <w:p w:rsidR="00453FD3" w:rsidRPr="000E1B4F" w:rsidRDefault="00453FD3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pēc pieprasījuma</w:t>
            </w:r>
          </w:p>
        </w:tc>
        <w:tc>
          <w:tcPr>
            <w:tcW w:w="1984" w:type="dxa"/>
          </w:tcPr>
          <w:p w:rsidR="00453FD3" w:rsidRPr="000E1B4F" w:rsidRDefault="00453FD3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S.Kaše</w:t>
            </w:r>
            <w:proofErr w:type="spellEnd"/>
          </w:p>
          <w:p w:rsidR="00453FD3" w:rsidRPr="000E1B4F" w:rsidRDefault="00453FD3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OT vēstneši</w:t>
            </w:r>
          </w:p>
        </w:tc>
        <w:tc>
          <w:tcPr>
            <w:tcW w:w="2635" w:type="dxa"/>
          </w:tcPr>
          <w:p w:rsidR="00453FD3" w:rsidRPr="000E1B4F" w:rsidRDefault="00453FD3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Jāizveido grafiks</w:t>
            </w:r>
            <w:r w:rsidR="00B40302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, nepieciešamais finansējums</w:t>
            </w:r>
          </w:p>
        </w:tc>
      </w:tr>
      <w:tr w:rsidR="00D92711" w:rsidRPr="000E1B4F" w:rsidTr="007C28DA">
        <w:tc>
          <w:tcPr>
            <w:tcW w:w="4395" w:type="dxa"/>
          </w:tcPr>
          <w:p w:rsidR="00264DE6" w:rsidRPr="000E1B4F" w:rsidRDefault="00D92711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Atvērto durvju diena</w:t>
            </w:r>
            <w:r w:rsidR="00366673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:</w:t>
            </w:r>
          </w:p>
          <w:p w:rsidR="001831AA" w:rsidRPr="000E1B4F" w:rsidRDefault="001831AA" w:rsidP="001831AA">
            <w:pPr>
              <w:pStyle w:val="Sarakstarindkopa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bookmarkStart w:id="0" w:name="_Hlk211514875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Dizaina un mākslas nodaļā</w:t>
            </w:r>
          </w:p>
          <w:p w:rsidR="00264DE6" w:rsidRPr="000E1B4F" w:rsidRDefault="00264DE6" w:rsidP="00264DE6">
            <w:pPr>
              <w:pStyle w:val="Sarakstarindkopa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Vies</w:t>
            </w:r>
            <w:r w:rsidR="000D3EEE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nīcu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un restorānu pakalpojumu nodaļā</w:t>
            </w:r>
          </w:p>
          <w:p w:rsidR="00264DE6" w:rsidRPr="000E1B4F" w:rsidRDefault="00264DE6" w:rsidP="00264DE6">
            <w:pPr>
              <w:pStyle w:val="Sarakstarindkopa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Mežsaimniecības, kokizstrādājumu un medību nodaļā</w:t>
            </w:r>
          </w:p>
          <w:p w:rsidR="00D92711" w:rsidRPr="000E1B4F" w:rsidRDefault="00D13EEA" w:rsidP="00D92711">
            <w:pPr>
              <w:pStyle w:val="Sarakstarindkopa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Datorikas, elektronikas un administratīvā darba nodaļā</w:t>
            </w:r>
            <w:bookmarkEnd w:id="0"/>
          </w:p>
        </w:tc>
        <w:tc>
          <w:tcPr>
            <w:tcW w:w="2268" w:type="dxa"/>
          </w:tcPr>
          <w:p w:rsidR="000D3EEE" w:rsidRPr="000E1B4F" w:rsidRDefault="000D3EEE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D92711" w:rsidRPr="000E1B4F" w:rsidRDefault="000D3EEE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0</w:t>
            </w:r>
            <w:r w:rsidR="002833F2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3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.03.202</w:t>
            </w:r>
            <w:r w:rsidR="000E062B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</w:t>
            </w:r>
            <w:r w:rsidR="0019076D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</w:t>
            </w:r>
          </w:p>
          <w:p w:rsidR="000D3EEE" w:rsidRPr="000E1B4F" w:rsidRDefault="000D3EEE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</w:t>
            </w:r>
            <w:r w:rsidR="002833F2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0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.03.202</w:t>
            </w:r>
            <w:r w:rsidR="000E062B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</w:t>
            </w:r>
          </w:p>
          <w:p w:rsidR="000D3EEE" w:rsidRPr="000E1B4F" w:rsidRDefault="000D3EEE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0D3EEE" w:rsidRPr="000E1B4F" w:rsidRDefault="000D3EEE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</w:t>
            </w:r>
            <w:r w:rsidR="002833F2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.03.202</w:t>
            </w:r>
            <w:r w:rsidR="000E062B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</w:t>
            </w:r>
          </w:p>
          <w:p w:rsidR="000D3EEE" w:rsidRPr="000E1B4F" w:rsidRDefault="000D3EEE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0D3EEE" w:rsidRPr="000E1B4F" w:rsidRDefault="000D3EEE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0D3EEE" w:rsidRPr="000E1B4F" w:rsidRDefault="000D3EEE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</w:t>
            </w:r>
            <w:r w:rsidR="002833F2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4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.03.202</w:t>
            </w:r>
            <w:r w:rsidR="000E062B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</w:t>
            </w:r>
          </w:p>
        </w:tc>
        <w:tc>
          <w:tcPr>
            <w:tcW w:w="1984" w:type="dxa"/>
          </w:tcPr>
          <w:p w:rsidR="002833F2" w:rsidRPr="000E1B4F" w:rsidRDefault="002833F2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B.Liepiņa</w:t>
            </w:r>
            <w:proofErr w:type="spellEnd"/>
          </w:p>
          <w:p w:rsidR="003E3F5A" w:rsidRPr="000E1B4F" w:rsidRDefault="002833F2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S.Kaše</w:t>
            </w:r>
            <w:proofErr w:type="spellEnd"/>
          </w:p>
          <w:p w:rsidR="002833F2" w:rsidRPr="000E1B4F" w:rsidRDefault="002833F2" w:rsidP="002833F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Nodaļu/izglītības programmu vadītāji</w:t>
            </w:r>
          </w:p>
          <w:p w:rsidR="002833F2" w:rsidRPr="000E1B4F" w:rsidRDefault="002833F2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2833F2" w:rsidRPr="000E1B4F" w:rsidRDefault="002833F2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635" w:type="dxa"/>
          </w:tcPr>
          <w:p w:rsidR="00B40302" w:rsidRPr="000E1B4F" w:rsidRDefault="0052253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hyperlink r:id="rId11" w:history="1">
              <w:r w:rsidR="00B40302" w:rsidRPr="000E1B4F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www.ovt.lv</w:t>
              </w:r>
            </w:hyperlink>
          </w:p>
          <w:p w:rsidR="00B40302" w:rsidRPr="000E1B4F" w:rsidRDefault="00B4030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Facebook</w:t>
            </w:r>
            <w:proofErr w:type="spellEnd"/>
          </w:p>
          <w:p w:rsidR="00B40302" w:rsidRPr="000E1B4F" w:rsidRDefault="00B4030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Instagram</w:t>
            </w:r>
            <w:proofErr w:type="spellEnd"/>
          </w:p>
          <w:p w:rsidR="00B40302" w:rsidRPr="000E1B4F" w:rsidRDefault="00B4030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Tik </w:t>
            </w: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Tok</w:t>
            </w:r>
            <w:proofErr w:type="spellEnd"/>
          </w:p>
          <w:p w:rsidR="00B40302" w:rsidRPr="000E1B4F" w:rsidRDefault="00B4030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e-klase</w:t>
            </w:r>
          </w:p>
          <w:p w:rsidR="00B40302" w:rsidRPr="000E1B4F" w:rsidRDefault="00B4030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vispārizglītojošās skolas</w:t>
            </w:r>
          </w:p>
          <w:p w:rsidR="00D92711" w:rsidRPr="000E1B4F" w:rsidRDefault="00B4030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novadu izglītības pārvaldes</w:t>
            </w:r>
          </w:p>
        </w:tc>
      </w:tr>
      <w:tr w:rsidR="002506C2" w:rsidRPr="000E1B4F" w:rsidTr="007C28DA">
        <w:tc>
          <w:tcPr>
            <w:tcW w:w="4395" w:type="dxa"/>
          </w:tcPr>
          <w:p w:rsidR="002506C2" w:rsidRPr="000E1B4F" w:rsidRDefault="002506C2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Individuālie pieteikumi Ogres tehnikuma apmeklējumam</w:t>
            </w:r>
          </w:p>
        </w:tc>
        <w:tc>
          <w:tcPr>
            <w:tcW w:w="2268" w:type="dxa"/>
          </w:tcPr>
          <w:p w:rsidR="002506C2" w:rsidRPr="000E1B4F" w:rsidRDefault="00B40302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2027.gada janvāris</w:t>
            </w:r>
          </w:p>
        </w:tc>
        <w:tc>
          <w:tcPr>
            <w:tcW w:w="1984" w:type="dxa"/>
          </w:tcPr>
          <w:p w:rsidR="002506C2" w:rsidRPr="000E1B4F" w:rsidRDefault="002506C2" w:rsidP="002506C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B.Liepiņa</w:t>
            </w:r>
            <w:proofErr w:type="spellEnd"/>
          </w:p>
          <w:p w:rsidR="002506C2" w:rsidRPr="000E1B4F" w:rsidRDefault="002506C2" w:rsidP="002506C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S.Kaše</w:t>
            </w:r>
            <w:proofErr w:type="spellEnd"/>
          </w:p>
        </w:tc>
        <w:tc>
          <w:tcPr>
            <w:tcW w:w="2635" w:type="dxa"/>
          </w:tcPr>
          <w:p w:rsidR="002506C2" w:rsidRPr="000E1B4F" w:rsidRDefault="00453FD3" w:rsidP="00D9271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Jāizveido pieteikšanās  www.ovt.lv</w:t>
            </w:r>
          </w:p>
        </w:tc>
      </w:tr>
      <w:tr w:rsidR="00366673" w:rsidRPr="000E1B4F" w:rsidTr="007C28DA">
        <w:tc>
          <w:tcPr>
            <w:tcW w:w="4395" w:type="dxa"/>
          </w:tcPr>
          <w:p w:rsidR="00366673" w:rsidRPr="000E1B4F" w:rsidRDefault="00366673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Ēnu diena</w:t>
            </w:r>
          </w:p>
        </w:tc>
        <w:tc>
          <w:tcPr>
            <w:tcW w:w="2268" w:type="dxa"/>
          </w:tcPr>
          <w:p w:rsidR="00366673" w:rsidRPr="000E1B4F" w:rsidRDefault="00175048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2027.gada 7.</w:t>
            </w:r>
            <w:r w:rsidR="000E062B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aprīlis</w:t>
            </w:r>
          </w:p>
        </w:tc>
        <w:tc>
          <w:tcPr>
            <w:tcW w:w="1984" w:type="dxa"/>
          </w:tcPr>
          <w:p w:rsidR="000E062B" w:rsidRPr="000E1B4F" w:rsidRDefault="000E062B" w:rsidP="000E062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B.Liepiņa</w:t>
            </w:r>
            <w:proofErr w:type="spellEnd"/>
          </w:p>
          <w:p w:rsidR="00366673" w:rsidRPr="000E1B4F" w:rsidRDefault="000E062B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S.Kaše</w:t>
            </w:r>
            <w:proofErr w:type="spellEnd"/>
          </w:p>
          <w:p w:rsidR="002E7072" w:rsidRPr="000E1B4F" w:rsidRDefault="002E7072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A.Liepiņa</w:t>
            </w:r>
            <w:proofErr w:type="spellEnd"/>
          </w:p>
        </w:tc>
        <w:tc>
          <w:tcPr>
            <w:tcW w:w="2635" w:type="dxa"/>
          </w:tcPr>
          <w:p w:rsidR="00366673" w:rsidRPr="000E1B4F" w:rsidRDefault="002E7072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JALatvia</w:t>
            </w:r>
            <w:proofErr w:type="spellEnd"/>
          </w:p>
          <w:p w:rsidR="00B40302" w:rsidRPr="000E1B4F" w:rsidRDefault="0052253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hyperlink r:id="rId12" w:history="1">
              <w:r w:rsidR="00B40302" w:rsidRPr="000E1B4F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www.ovt.lv</w:t>
              </w:r>
            </w:hyperlink>
          </w:p>
          <w:p w:rsidR="00B40302" w:rsidRPr="000E1B4F" w:rsidRDefault="00B4030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Facebook</w:t>
            </w:r>
            <w:proofErr w:type="spellEnd"/>
          </w:p>
          <w:p w:rsidR="00B40302" w:rsidRPr="000E1B4F" w:rsidRDefault="00B4030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Instagram</w:t>
            </w:r>
            <w:proofErr w:type="spellEnd"/>
          </w:p>
          <w:p w:rsidR="00B40302" w:rsidRPr="000E1B4F" w:rsidRDefault="00B4030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Tik </w:t>
            </w: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Tok</w:t>
            </w:r>
            <w:proofErr w:type="spellEnd"/>
          </w:p>
          <w:p w:rsidR="00B40302" w:rsidRPr="000E1B4F" w:rsidRDefault="00B4030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e-klase</w:t>
            </w:r>
          </w:p>
          <w:p w:rsidR="00B40302" w:rsidRPr="000E1B4F" w:rsidRDefault="00B40302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vispārizglītojošās skolas</w:t>
            </w:r>
          </w:p>
        </w:tc>
      </w:tr>
      <w:tr w:rsidR="00FE309A" w:rsidRPr="000E1B4F" w:rsidTr="007C28DA">
        <w:tc>
          <w:tcPr>
            <w:tcW w:w="4395" w:type="dxa"/>
          </w:tcPr>
          <w:p w:rsidR="00FE309A" w:rsidRPr="000E1B4F" w:rsidRDefault="00FE309A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Profesionālo prasmju darbnīcas</w:t>
            </w:r>
            <w:r w:rsidR="00811464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:</w:t>
            </w:r>
          </w:p>
          <w:p w:rsidR="00811464" w:rsidRPr="000E1B4F" w:rsidRDefault="00811464" w:rsidP="00811464">
            <w:pPr>
              <w:pStyle w:val="Sarakstarindkopa"/>
              <w:numPr>
                <w:ilvl w:val="0"/>
                <w:numId w:val="21"/>
              </w:numPr>
              <w:rPr>
                <w:rFonts w:ascii="Times New Roman" w:hAnsi="Times New Roman" w:cs="Times New Roman"/>
                <w:color w:val="FF0000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Viesnīcu un restorānu pakalpojumu nodaļa</w:t>
            </w:r>
          </w:p>
          <w:p w:rsidR="00450BF2" w:rsidRPr="000E1B4F" w:rsidRDefault="00450BF2" w:rsidP="00450BF2">
            <w:pPr>
              <w:pStyle w:val="Sarakstarindkopa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Profesionālo prasmju darbnīcas Dizainā un mākslā</w:t>
            </w:r>
          </w:p>
        </w:tc>
        <w:tc>
          <w:tcPr>
            <w:tcW w:w="2268" w:type="dxa"/>
          </w:tcPr>
          <w:p w:rsidR="00FE309A" w:rsidRPr="000E1B4F" w:rsidRDefault="00FE309A" w:rsidP="00D9271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v-LV"/>
              </w:rPr>
            </w:pPr>
          </w:p>
          <w:p w:rsidR="00450BF2" w:rsidRPr="00C336D1" w:rsidRDefault="00811464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2027.gada aprīlis</w:t>
            </w:r>
          </w:p>
          <w:p w:rsidR="00450BF2" w:rsidRPr="000E1B4F" w:rsidRDefault="00450BF2" w:rsidP="00D9271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v-LV"/>
              </w:rPr>
            </w:pPr>
          </w:p>
          <w:p w:rsidR="00450BF2" w:rsidRPr="000E1B4F" w:rsidRDefault="00450BF2" w:rsidP="00450BF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2027.gada marts</w:t>
            </w:r>
          </w:p>
          <w:p w:rsidR="00450BF2" w:rsidRPr="000E1B4F" w:rsidRDefault="00450BF2" w:rsidP="00D9271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:rsidR="001426D6" w:rsidRPr="000E1B4F" w:rsidRDefault="001426D6" w:rsidP="009636E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v-LV"/>
              </w:rPr>
            </w:pPr>
          </w:p>
          <w:p w:rsidR="00811464" w:rsidRPr="000E1B4F" w:rsidRDefault="00811464" w:rsidP="009636E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I.Rumpētere</w:t>
            </w:r>
            <w:proofErr w:type="spellEnd"/>
          </w:p>
          <w:p w:rsidR="001426D6" w:rsidRPr="000E1B4F" w:rsidRDefault="001426D6" w:rsidP="009636E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v-LV"/>
              </w:rPr>
            </w:pPr>
          </w:p>
          <w:p w:rsidR="001426D6" w:rsidRPr="000E1B4F" w:rsidRDefault="001426D6" w:rsidP="009636E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v-LV"/>
              </w:rPr>
            </w:pPr>
          </w:p>
          <w:p w:rsidR="00FE309A" w:rsidRPr="000E1B4F" w:rsidRDefault="00450BF2" w:rsidP="000E062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V. Kaļeiņikova</w:t>
            </w:r>
          </w:p>
          <w:p w:rsidR="00450BF2" w:rsidRPr="000E1B4F" w:rsidRDefault="00450BF2" w:rsidP="000E062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v-LV"/>
              </w:rPr>
            </w:pPr>
          </w:p>
          <w:p w:rsidR="00450BF2" w:rsidRPr="000E1B4F" w:rsidRDefault="00450BF2" w:rsidP="000E062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v-LV"/>
              </w:rPr>
            </w:pPr>
          </w:p>
          <w:p w:rsidR="00450BF2" w:rsidRPr="000E1B4F" w:rsidRDefault="00450BF2" w:rsidP="000E062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V. Kaļeiņikova</w:t>
            </w:r>
          </w:p>
        </w:tc>
        <w:tc>
          <w:tcPr>
            <w:tcW w:w="2635" w:type="dxa"/>
          </w:tcPr>
          <w:p w:rsidR="00FE309A" w:rsidRPr="000E1B4F" w:rsidRDefault="00FE309A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0E6840" w:rsidRPr="000E1B4F" w:rsidTr="007C28DA">
        <w:tc>
          <w:tcPr>
            <w:tcW w:w="4395" w:type="dxa"/>
          </w:tcPr>
          <w:p w:rsidR="000E6840" w:rsidRPr="000E1B4F" w:rsidRDefault="000E684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Dalība izstādēs:</w:t>
            </w:r>
          </w:p>
          <w:p w:rsidR="000E6840" w:rsidRPr="000E1B4F" w:rsidRDefault="000E6840" w:rsidP="00EA3AB4">
            <w:pPr>
              <w:pStyle w:val="Sarakstarindkopa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Skola 2026</w:t>
            </w:r>
          </w:p>
          <w:p w:rsidR="000E6840" w:rsidRPr="000E1B4F" w:rsidRDefault="000B424F" w:rsidP="00EA3AB4">
            <w:pPr>
              <w:pStyle w:val="Sarakstarindkopa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Skills</w:t>
            </w:r>
            <w:proofErr w:type="spellEnd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Latvia 2026</w:t>
            </w:r>
          </w:p>
          <w:p w:rsidR="002E7E98" w:rsidRPr="000E1B4F" w:rsidRDefault="002E7E98" w:rsidP="00EA3AB4">
            <w:pPr>
              <w:pStyle w:val="Sarakstarindkopa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Dizaina un mākslas nodaļas audzēkņu darbu izstāde Tukuma māks</w:t>
            </w:r>
            <w:r w:rsidR="00D960CB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as skolā</w:t>
            </w:r>
          </w:p>
          <w:p w:rsidR="002E7E98" w:rsidRPr="000E1B4F" w:rsidRDefault="002E7E98" w:rsidP="00EA3AB4">
            <w:pPr>
              <w:pStyle w:val="Sarakstarindkopa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Dizaina un mākslas nodaļas audzēkņu darbu izstāde Tukuma vidusskolā</w:t>
            </w:r>
          </w:p>
          <w:p w:rsidR="002E7E98" w:rsidRPr="000E1B4F" w:rsidRDefault="002E7E98" w:rsidP="00EA3AB4">
            <w:pPr>
              <w:pStyle w:val="Sarakstarindkopa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Dizaina un mākslas nodaļas audzēkņu darbu izstāde, absolventu prezentācijas Jelgavas </w:t>
            </w:r>
            <w:r w:rsidR="00792E40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Mākslas skolā</w:t>
            </w:r>
          </w:p>
          <w:p w:rsidR="002E7E98" w:rsidRPr="000E1B4F" w:rsidRDefault="002E7E98" w:rsidP="00EA3AB4">
            <w:pPr>
              <w:pStyle w:val="Sarakstarindkopa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Dizaina un mākslas nodaļas audzēkņu darbu izstāde, audzēkņu prezentācijas Ogres Mākslas un mūzikas skolā </w:t>
            </w:r>
          </w:p>
          <w:p w:rsidR="00EA3AB4" w:rsidRPr="000E1B4F" w:rsidRDefault="00EA3AB4" w:rsidP="00EA3AB4">
            <w:pPr>
              <w:pStyle w:val="Sarakstarindkopa"/>
              <w:numPr>
                <w:ilvl w:val="0"/>
                <w:numId w:val="12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Izstāde “Rāmava”</w:t>
            </w:r>
          </w:p>
          <w:p w:rsidR="00EA3AB4" w:rsidRPr="000E1B4F" w:rsidRDefault="00EA3AB4" w:rsidP="00EA3AB4">
            <w:pPr>
              <w:pStyle w:val="Sarakstarindkopa"/>
              <w:numPr>
                <w:ilvl w:val="0"/>
                <w:numId w:val="12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“Mežs ienāk Jelgavā 2026”</w:t>
            </w:r>
          </w:p>
          <w:p w:rsidR="00EA3AB4" w:rsidRPr="000E1B4F" w:rsidRDefault="00EA3AB4" w:rsidP="00EA3AB4">
            <w:pPr>
              <w:pStyle w:val="Sarakstarindkopa"/>
              <w:numPr>
                <w:ilvl w:val="0"/>
                <w:numId w:val="12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“Meža dienas Tērvetē”</w:t>
            </w:r>
          </w:p>
          <w:p w:rsidR="00EA3AB4" w:rsidRPr="000E1B4F" w:rsidRDefault="00EA3AB4" w:rsidP="00EA3AB4">
            <w:pPr>
              <w:pStyle w:val="Sarakstarindkopa"/>
              <w:numPr>
                <w:ilvl w:val="0"/>
                <w:numId w:val="12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 xml:space="preserve">Meža ABC” </w:t>
            </w:r>
          </w:p>
          <w:p w:rsidR="002E7E98" w:rsidRPr="000E1B4F" w:rsidRDefault="00EA3AB4" w:rsidP="00EA3AB4">
            <w:pPr>
              <w:pStyle w:val="Sarakstarindkopa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Traktordienas Tērvetē</w:t>
            </w:r>
          </w:p>
        </w:tc>
        <w:tc>
          <w:tcPr>
            <w:tcW w:w="2268" w:type="dxa"/>
          </w:tcPr>
          <w:p w:rsidR="000B424F" w:rsidRPr="000E1B4F" w:rsidRDefault="000B424F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0B424F" w:rsidRPr="000E1B4F" w:rsidRDefault="00E87698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</w:t>
            </w:r>
            <w:r w:rsidR="000E062B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8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.02.-2</w:t>
            </w:r>
            <w:r w:rsidR="000E062B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0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.02.202</w:t>
            </w:r>
            <w:r w:rsidR="00715D88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0</w:t>
            </w:r>
            <w:r w:rsidR="000E062B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</w:t>
            </w:r>
            <w:r w:rsidR="00715D88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:rsidR="000E6840" w:rsidRPr="000E1B4F" w:rsidRDefault="000E062B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27.-30.04.2027</w:t>
            </w:r>
            <w:r w:rsid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:rsidR="002E7E98" w:rsidRPr="000E1B4F" w:rsidRDefault="008763FF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</w:t>
            </w:r>
            <w:r w:rsidR="002E7E98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 19.10.2</w:t>
            </w:r>
            <w:r w:rsidR="00D960CB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02</w:t>
            </w:r>
            <w:r w:rsidR="002E7E98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7.</w:t>
            </w:r>
          </w:p>
          <w:p w:rsidR="002E7E98" w:rsidRPr="000E1B4F" w:rsidRDefault="002E7E98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2E7E98" w:rsidRPr="000E1B4F" w:rsidRDefault="002E7E98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2E7E98" w:rsidRPr="000E1B4F" w:rsidRDefault="0064327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</w:t>
            </w:r>
            <w:r w:rsidR="00792E40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 2027.gada janvāra</w:t>
            </w:r>
          </w:p>
          <w:p w:rsidR="00792E40" w:rsidRPr="000E1B4F" w:rsidRDefault="00792E4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792E40" w:rsidRPr="000E1B4F" w:rsidRDefault="00792E4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792E40" w:rsidRPr="000E1B4F" w:rsidRDefault="0064327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</w:t>
            </w:r>
            <w:r w:rsidR="00792E40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tklāšana </w:t>
            </w:r>
            <w:r w:rsidR="001426D6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09.11.2026</w:t>
            </w:r>
          </w:p>
          <w:p w:rsidR="00643270" w:rsidRPr="000E1B4F" w:rsidRDefault="0064327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643270" w:rsidRPr="000E1B4F" w:rsidRDefault="0064327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792E40" w:rsidRPr="000E1B4F" w:rsidRDefault="00792E4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2027.gada aprīlī</w:t>
            </w:r>
          </w:p>
          <w:p w:rsidR="00EA3AB4" w:rsidRPr="000E1B4F" w:rsidRDefault="00EA3AB4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EA3AB4" w:rsidRPr="000E1B4F" w:rsidRDefault="00EA3AB4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EA3AB4" w:rsidRPr="000E1B4F" w:rsidRDefault="00EA3AB4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C336D1" w:rsidRDefault="00C336D1" w:rsidP="00EA3AB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lv-LV"/>
              </w:rPr>
            </w:pPr>
          </w:p>
          <w:p w:rsidR="00C336D1" w:rsidRDefault="00C336D1" w:rsidP="00EA3AB4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EA3AB4" w:rsidRPr="000E1B4F" w:rsidRDefault="00EA3AB4" w:rsidP="00EA3AB4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2027</w:t>
            </w:r>
            <w:r w:rsidR="00643270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.gada maijs</w:t>
            </w:r>
          </w:p>
          <w:p w:rsidR="00920CAB" w:rsidRPr="000E1B4F" w:rsidRDefault="00EA3AB4" w:rsidP="0064327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2027.</w:t>
            </w:r>
            <w:r w:rsidR="00643270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gada maijs</w:t>
            </w: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2027.</w:t>
            </w:r>
            <w:r w:rsidR="00643270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gada jūlijs</w:t>
            </w:r>
          </w:p>
        </w:tc>
        <w:tc>
          <w:tcPr>
            <w:tcW w:w="1984" w:type="dxa"/>
          </w:tcPr>
          <w:p w:rsidR="001426D6" w:rsidRPr="000E1B4F" w:rsidRDefault="001426D6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0E6840" w:rsidRPr="000E1B4F" w:rsidRDefault="003358F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B.Liepiņa</w:t>
            </w:r>
            <w:proofErr w:type="spellEnd"/>
          </w:p>
          <w:p w:rsidR="000E062B" w:rsidRPr="000E1B4F" w:rsidRDefault="000E062B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S.Kaše</w:t>
            </w:r>
            <w:proofErr w:type="spellEnd"/>
          </w:p>
          <w:p w:rsidR="003358F0" w:rsidRPr="000E1B4F" w:rsidRDefault="003358F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K.Bicāne</w:t>
            </w:r>
            <w:proofErr w:type="spellEnd"/>
          </w:p>
          <w:p w:rsidR="000E062B" w:rsidRPr="000E1B4F" w:rsidRDefault="000E062B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A.Saprikina</w:t>
            </w:r>
            <w:proofErr w:type="spellEnd"/>
          </w:p>
          <w:p w:rsidR="000E062B" w:rsidRPr="000E1B4F" w:rsidRDefault="000E062B" w:rsidP="000E062B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Nodaļu/izglītības programmu vadītāji</w:t>
            </w:r>
          </w:p>
          <w:p w:rsidR="000E062B" w:rsidRPr="000E1B4F" w:rsidRDefault="000E062B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635" w:type="dxa"/>
          </w:tcPr>
          <w:p w:rsidR="000E6840" w:rsidRPr="000E1B4F" w:rsidRDefault="000E684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C621C7" w:rsidRPr="000E1B4F" w:rsidTr="007C28DA">
        <w:tc>
          <w:tcPr>
            <w:tcW w:w="4395" w:type="dxa"/>
          </w:tcPr>
          <w:p w:rsidR="00C621C7" w:rsidRPr="000E1B4F" w:rsidRDefault="00C621C7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Dalība nozaru pasākumos, izstādēs</w:t>
            </w:r>
            <w:r w:rsidR="00811464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:</w:t>
            </w:r>
          </w:p>
          <w:p w:rsidR="00811464" w:rsidRPr="000E1B4F" w:rsidRDefault="00811464" w:rsidP="00811464">
            <w:pPr>
              <w:pStyle w:val="Sarakstarindkopa"/>
              <w:numPr>
                <w:ilvl w:val="0"/>
                <w:numId w:val="23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AEHT konkursi Ferrarā, Itālijā</w:t>
            </w:r>
          </w:p>
          <w:p w:rsidR="00811464" w:rsidRPr="000E1B4F" w:rsidRDefault="00811464" w:rsidP="00811464">
            <w:pPr>
              <w:pStyle w:val="Sarakstarindkopa"/>
              <w:numPr>
                <w:ilvl w:val="0"/>
                <w:numId w:val="23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 xml:space="preserve">Konkurss Jaunais Maiznieks </w:t>
            </w:r>
          </w:p>
          <w:p w:rsidR="00811464" w:rsidRPr="000E1B4F" w:rsidRDefault="00811464" w:rsidP="00811464">
            <w:pPr>
              <w:pStyle w:val="Sarakstarindkopa"/>
              <w:numPr>
                <w:ilvl w:val="0"/>
                <w:numId w:val="23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 xml:space="preserve">Seminārs par kulinārajiem mantojumiem sadarbībā ar Siera klubu </w:t>
            </w:r>
          </w:p>
          <w:p w:rsidR="002E7E98" w:rsidRPr="000E1B4F" w:rsidRDefault="002E7E98" w:rsidP="00D960CB">
            <w:pPr>
              <w:pStyle w:val="Sarakstarindkopa"/>
              <w:numPr>
                <w:ilvl w:val="0"/>
                <w:numId w:val="23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Dalība konkursā/ izstādē Dizaina Arēna 2026 sadarbībā ar LDS</w:t>
            </w:r>
          </w:p>
          <w:p w:rsidR="002E7E98" w:rsidRPr="000E1B4F" w:rsidRDefault="002E7E98" w:rsidP="00811464">
            <w:pPr>
              <w:pStyle w:val="Sarakstarindkopa"/>
              <w:numPr>
                <w:ilvl w:val="0"/>
                <w:numId w:val="23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Konkurss sadarbībā ar Latvijas Siera klubs</w:t>
            </w:r>
          </w:p>
          <w:p w:rsidR="001426D6" w:rsidRPr="000E1B4F" w:rsidRDefault="001426D6" w:rsidP="001426D6">
            <w:pPr>
              <w:pStyle w:val="Sarakstarindkopa"/>
              <w:numPr>
                <w:ilvl w:val="0"/>
                <w:numId w:val="23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Izstāde “Rāmava”</w:t>
            </w:r>
          </w:p>
          <w:p w:rsidR="001426D6" w:rsidRPr="000E1B4F" w:rsidRDefault="001426D6" w:rsidP="001426D6">
            <w:pPr>
              <w:pStyle w:val="Sarakstarindkopa"/>
              <w:numPr>
                <w:ilvl w:val="0"/>
                <w:numId w:val="23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“Mežs ienāk Jelgavā 2026”</w:t>
            </w:r>
          </w:p>
          <w:p w:rsidR="001426D6" w:rsidRPr="000E1B4F" w:rsidRDefault="001426D6" w:rsidP="001426D6">
            <w:pPr>
              <w:pStyle w:val="Sarakstarindkopa"/>
              <w:numPr>
                <w:ilvl w:val="0"/>
                <w:numId w:val="23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“Meža dienas Tērvetē”</w:t>
            </w:r>
          </w:p>
          <w:p w:rsidR="001426D6" w:rsidRPr="000E1B4F" w:rsidRDefault="001426D6" w:rsidP="001426D6">
            <w:pPr>
              <w:pStyle w:val="Sarakstarindkopa"/>
              <w:numPr>
                <w:ilvl w:val="0"/>
                <w:numId w:val="23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 xml:space="preserve">“Meža ABC” </w:t>
            </w:r>
          </w:p>
          <w:p w:rsidR="00811464" w:rsidRPr="000E1B4F" w:rsidRDefault="001426D6" w:rsidP="007C28DA">
            <w:pPr>
              <w:pStyle w:val="Sarakstarindkopa"/>
              <w:numPr>
                <w:ilvl w:val="0"/>
                <w:numId w:val="23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Traktordienas Tērvetē</w:t>
            </w:r>
          </w:p>
        </w:tc>
        <w:tc>
          <w:tcPr>
            <w:tcW w:w="2268" w:type="dxa"/>
          </w:tcPr>
          <w:p w:rsidR="00C621C7" w:rsidRPr="000E1B4F" w:rsidRDefault="00C621C7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643270" w:rsidRPr="000E1B4F" w:rsidRDefault="0064327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811464" w:rsidRPr="000E1B4F" w:rsidRDefault="00811464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02.-07.11.2026</w:t>
            </w:r>
          </w:p>
          <w:p w:rsidR="00811464" w:rsidRPr="000E1B4F" w:rsidRDefault="00811464" w:rsidP="00D92711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03.12.2026</w:t>
            </w:r>
          </w:p>
          <w:p w:rsidR="00811464" w:rsidRPr="000E1B4F" w:rsidRDefault="00811464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811464" w:rsidRPr="000E1B4F" w:rsidRDefault="00811464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03.12.2026</w:t>
            </w:r>
          </w:p>
          <w:p w:rsidR="002E7E98" w:rsidRPr="000E1B4F" w:rsidRDefault="002E7E98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2E7E98" w:rsidRPr="000E1B4F" w:rsidRDefault="002E7E98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2027.gada marts</w:t>
            </w:r>
          </w:p>
          <w:p w:rsidR="002E7E98" w:rsidRPr="000E1B4F" w:rsidRDefault="002E7E98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2E7E98" w:rsidRPr="000E1B4F" w:rsidRDefault="002E7E98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2E7E98" w:rsidRPr="000E1B4F" w:rsidRDefault="002E7E98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2027.gada aprīlis</w:t>
            </w:r>
          </w:p>
          <w:p w:rsidR="001426D6" w:rsidRPr="000E1B4F" w:rsidRDefault="001426D6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1426D6" w:rsidRPr="000E1B4F" w:rsidRDefault="001426D6" w:rsidP="001426D6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24.-26.10.2026</w:t>
            </w:r>
          </w:p>
          <w:p w:rsidR="001426D6" w:rsidRPr="000E1B4F" w:rsidRDefault="001426D6" w:rsidP="001426D6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26.10.2026.</w:t>
            </w:r>
          </w:p>
          <w:p w:rsidR="001426D6" w:rsidRPr="000E1B4F" w:rsidRDefault="001426D6" w:rsidP="001426D6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Maijs 2027.</w:t>
            </w:r>
          </w:p>
          <w:p w:rsidR="001426D6" w:rsidRPr="000E1B4F" w:rsidRDefault="001426D6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:rsidR="001426D6" w:rsidRPr="000E1B4F" w:rsidRDefault="001426D6" w:rsidP="00C621C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lv-LV"/>
              </w:rPr>
            </w:pPr>
          </w:p>
          <w:p w:rsidR="00811464" w:rsidRPr="000E1B4F" w:rsidRDefault="00811464" w:rsidP="00C621C7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I.Rumpētere</w:t>
            </w:r>
            <w:proofErr w:type="spellEnd"/>
          </w:p>
          <w:p w:rsidR="00643270" w:rsidRPr="000E1B4F" w:rsidRDefault="00643270" w:rsidP="00C621C7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I.Rumpētere</w:t>
            </w:r>
            <w:proofErr w:type="spellEnd"/>
          </w:p>
          <w:p w:rsidR="00643270" w:rsidRPr="000E1B4F" w:rsidRDefault="00643270" w:rsidP="00C621C7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I.Rumpētere</w:t>
            </w:r>
            <w:proofErr w:type="spellEnd"/>
          </w:p>
          <w:p w:rsidR="00643270" w:rsidRPr="000E1B4F" w:rsidRDefault="00643270" w:rsidP="00C621C7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I.Rumpētere</w:t>
            </w:r>
            <w:proofErr w:type="spellEnd"/>
          </w:p>
          <w:p w:rsidR="00C621C7" w:rsidRPr="000E1B4F" w:rsidRDefault="00C621C7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811464" w:rsidRPr="000E1B4F" w:rsidRDefault="00811464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2E7E98" w:rsidRPr="000E1B4F" w:rsidRDefault="002E7E98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V. Kaļeiņikova</w:t>
            </w:r>
          </w:p>
          <w:p w:rsidR="00792E40" w:rsidRPr="000E1B4F" w:rsidRDefault="00792E4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V. Kaļeiņikova</w:t>
            </w:r>
          </w:p>
          <w:p w:rsidR="00697543" w:rsidRDefault="00697543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  <w:p w:rsidR="00643270" w:rsidRPr="000E1B4F" w:rsidRDefault="0064327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bookmarkStart w:id="1" w:name="_GoBack"/>
            <w:bookmarkEnd w:id="1"/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E.Akmentiņa</w:t>
            </w:r>
            <w:proofErr w:type="spellEnd"/>
          </w:p>
          <w:p w:rsidR="00643270" w:rsidRPr="000E1B4F" w:rsidRDefault="0064327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E.Akmentiņa</w:t>
            </w:r>
            <w:proofErr w:type="spellEnd"/>
          </w:p>
          <w:p w:rsidR="00643270" w:rsidRPr="000E1B4F" w:rsidRDefault="0064327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E.Akmentiņa</w:t>
            </w:r>
            <w:proofErr w:type="spellEnd"/>
          </w:p>
          <w:p w:rsidR="00643270" w:rsidRPr="000E1B4F" w:rsidRDefault="0064327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E.Akmentiņa</w:t>
            </w:r>
            <w:proofErr w:type="spellEnd"/>
          </w:p>
          <w:p w:rsidR="00643270" w:rsidRPr="000E1B4F" w:rsidRDefault="00643270" w:rsidP="00D92711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G.Baļčūns</w:t>
            </w:r>
            <w:proofErr w:type="spellEnd"/>
          </w:p>
        </w:tc>
        <w:tc>
          <w:tcPr>
            <w:tcW w:w="2635" w:type="dxa"/>
          </w:tcPr>
          <w:p w:rsidR="00C621C7" w:rsidRPr="000E1B4F" w:rsidRDefault="00C621C7" w:rsidP="00C621C7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E56002" w:rsidRPr="000E1B4F" w:rsidTr="007C28DA">
        <w:tc>
          <w:tcPr>
            <w:tcW w:w="4395" w:type="dxa"/>
          </w:tcPr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Izveidot Ogres tehnikuma vēstnešu komandu.</w:t>
            </w:r>
          </w:p>
        </w:tc>
        <w:tc>
          <w:tcPr>
            <w:tcW w:w="2268" w:type="dxa"/>
          </w:tcPr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oktobris</w:t>
            </w:r>
          </w:p>
        </w:tc>
        <w:tc>
          <w:tcPr>
            <w:tcW w:w="1984" w:type="dxa"/>
          </w:tcPr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S.Kaše</w:t>
            </w:r>
            <w:proofErr w:type="spellEnd"/>
          </w:p>
          <w:p w:rsidR="00E56002" w:rsidRPr="000E1B4F" w:rsidRDefault="00E5600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635" w:type="dxa"/>
          </w:tcPr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E56002" w:rsidRPr="000E1B4F" w:rsidTr="007C28DA">
        <w:tc>
          <w:tcPr>
            <w:tcW w:w="4395" w:type="dxa"/>
          </w:tcPr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OT reklāmas izvietošana:</w:t>
            </w:r>
          </w:p>
          <w:p w:rsidR="00E56002" w:rsidRPr="000E1B4F" w:rsidRDefault="00E56002" w:rsidP="00E56002">
            <w:pPr>
              <w:pStyle w:val="Sarakstarindkopa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e-klasē</w:t>
            </w:r>
          </w:p>
          <w:p w:rsidR="00E56002" w:rsidRPr="000E1B4F" w:rsidRDefault="00E56002" w:rsidP="00E56002">
            <w:pPr>
              <w:pStyle w:val="Sarakstarindkopa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novadu Izglītības pārvaldēm, </w:t>
            </w:r>
          </w:p>
          <w:p w:rsidR="00E56002" w:rsidRPr="000E1B4F" w:rsidRDefault="00E56002" w:rsidP="00E56002">
            <w:pPr>
              <w:pStyle w:val="Sarakstarindkopa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vispārizglītojošām skolām</w:t>
            </w:r>
          </w:p>
          <w:p w:rsidR="00CE5662" w:rsidRPr="000E1B4F" w:rsidRDefault="00E56002" w:rsidP="007C28DA">
            <w:pPr>
              <w:pStyle w:val="Sarakstarindkopa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nozaru uzņēmumiem</w:t>
            </w:r>
          </w:p>
        </w:tc>
        <w:tc>
          <w:tcPr>
            <w:tcW w:w="2268" w:type="dxa"/>
          </w:tcPr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janvāris-maijs</w:t>
            </w:r>
          </w:p>
        </w:tc>
        <w:tc>
          <w:tcPr>
            <w:tcW w:w="1984" w:type="dxa"/>
          </w:tcPr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B.Liepiņa</w:t>
            </w:r>
            <w:proofErr w:type="spellEnd"/>
          </w:p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S.Kaše</w:t>
            </w:r>
            <w:proofErr w:type="spellEnd"/>
          </w:p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635" w:type="dxa"/>
          </w:tcPr>
          <w:p w:rsidR="00E56002" w:rsidRPr="000E1B4F" w:rsidRDefault="002E707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Jāizveido atsevišķs rīcības plāns</w:t>
            </w:r>
            <w:r w:rsidR="00B40302"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ar nepieciešamo finansējumu</w:t>
            </w:r>
          </w:p>
          <w:p w:rsidR="00083417" w:rsidRPr="000E1B4F" w:rsidRDefault="00083417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(VIVI)</w:t>
            </w:r>
          </w:p>
        </w:tc>
      </w:tr>
      <w:tr w:rsidR="00E56002" w:rsidRPr="000E1B4F" w:rsidTr="007C28DA">
        <w:tc>
          <w:tcPr>
            <w:tcW w:w="4395" w:type="dxa"/>
          </w:tcPr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Atgādinājuma kampaņa “Vēl vari pieteikties!”</w:t>
            </w:r>
          </w:p>
        </w:tc>
        <w:tc>
          <w:tcPr>
            <w:tcW w:w="2268" w:type="dxa"/>
          </w:tcPr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jūlijs-augusts</w:t>
            </w:r>
          </w:p>
        </w:tc>
        <w:tc>
          <w:tcPr>
            <w:tcW w:w="1984" w:type="dxa"/>
          </w:tcPr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B.Liepiņa</w:t>
            </w:r>
            <w:proofErr w:type="spellEnd"/>
          </w:p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S.Kaše</w:t>
            </w:r>
            <w:proofErr w:type="spellEnd"/>
          </w:p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D.Pampavs</w:t>
            </w:r>
            <w:proofErr w:type="spellEnd"/>
          </w:p>
        </w:tc>
        <w:tc>
          <w:tcPr>
            <w:tcW w:w="2635" w:type="dxa"/>
          </w:tcPr>
          <w:p w:rsidR="00B40302" w:rsidRPr="000E1B4F" w:rsidRDefault="0052253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hyperlink r:id="rId13" w:history="1">
              <w:r w:rsidR="00B40302" w:rsidRPr="000E1B4F">
                <w:rPr>
                  <w:rStyle w:val="Hipersaite"/>
                  <w:rFonts w:ascii="Times New Roman" w:hAnsi="Times New Roman" w:cs="Times New Roman"/>
                  <w:sz w:val="24"/>
                  <w:szCs w:val="24"/>
                  <w:lang w:val="lv-LV"/>
                </w:rPr>
                <w:t>www.ovt.lv</w:t>
              </w:r>
            </w:hyperlink>
          </w:p>
          <w:p w:rsidR="00B40302" w:rsidRPr="000E1B4F" w:rsidRDefault="00B4030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Facebook</w:t>
            </w:r>
            <w:proofErr w:type="spellEnd"/>
          </w:p>
          <w:p w:rsidR="00B40302" w:rsidRPr="000E1B4F" w:rsidRDefault="00B4030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Instagram</w:t>
            </w:r>
            <w:proofErr w:type="spellEnd"/>
          </w:p>
          <w:p w:rsidR="00B40302" w:rsidRPr="000E1B4F" w:rsidRDefault="00B4030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Tik </w:t>
            </w: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Tok</w:t>
            </w:r>
            <w:proofErr w:type="spellEnd"/>
          </w:p>
          <w:p w:rsidR="00E56002" w:rsidRPr="000E1B4F" w:rsidRDefault="00B40302" w:rsidP="00B403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Nozaru uzņēmumi/biedrības</w:t>
            </w:r>
          </w:p>
        </w:tc>
      </w:tr>
      <w:tr w:rsidR="00E56002" w:rsidRPr="000E1B4F" w:rsidTr="007C28DA">
        <w:tc>
          <w:tcPr>
            <w:tcW w:w="4395" w:type="dxa"/>
          </w:tcPr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Izveidot datu bāzi:</w:t>
            </w:r>
          </w:p>
          <w:p w:rsidR="00E56002" w:rsidRPr="000E1B4F" w:rsidRDefault="00E56002" w:rsidP="00E56002">
            <w:pPr>
              <w:pStyle w:val="Sarakstarindkopa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ar prioritārajām</w:t>
            </w:r>
          </w:p>
          <w:p w:rsidR="00E56002" w:rsidRPr="000E1B4F" w:rsidRDefault="00E56002" w:rsidP="00E56002">
            <w:pPr>
              <w:pStyle w:val="Sarakstarindkopa"/>
              <w:ind w:left="780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vispārizglītojošajām skolām</w:t>
            </w:r>
          </w:p>
          <w:p w:rsidR="00E56002" w:rsidRPr="000E1B4F" w:rsidRDefault="00E56002" w:rsidP="00E56002">
            <w:pPr>
              <w:pStyle w:val="Sarakstarindkopa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ar sadarbības partneriem-nozaru uzņēmumiem</w:t>
            </w:r>
          </w:p>
          <w:p w:rsidR="00E56002" w:rsidRPr="000E1B4F" w:rsidRDefault="00E56002" w:rsidP="00E56002">
            <w:pPr>
              <w:pStyle w:val="Sarakstarindkopa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ar mediju pārstāvjiem</w:t>
            </w:r>
          </w:p>
        </w:tc>
        <w:tc>
          <w:tcPr>
            <w:tcW w:w="2268" w:type="dxa"/>
          </w:tcPr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oktobris_novembris</w:t>
            </w:r>
            <w:proofErr w:type="spellEnd"/>
          </w:p>
        </w:tc>
        <w:tc>
          <w:tcPr>
            <w:tcW w:w="1984" w:type="dxa"/>
          </w:tcPr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S.Kaše</w:t>
            </w:r>
            <w:proofErr w:type="spellEnd"/>
          </w:p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635" w:type="dxa"/>
          </w:tcPr>
          <w:p w:rsidR="00E56002" w:rsidRPr="000E1B4F" w:rsidRDefault="00E56002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453FD3" w:rsidRPr="000E1B4F" w:rsidTr="007C28DA">
        <w:tc>
          <w:tcPr>
            <w:tcW w:w="4395" w:type="dxa"/>
          </w:tcPr>
          <w:p w:rsidR="00453FD3" w:rsidRPr="000E1B4F" w:rsidRDefault="00811464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0E1B4F">
              <w:rPr>
                <w:rFonts w:ascii="Times New Roman" w:hAnsi="Times New Roman" w:cs="Times New Roman"/>
                <w:noProof/>
                <w:sz w:val="24"/>
                <w:szCs w:val="24"/>
                <w:lang w:val="lv-LV"/>
              </w:rPr>
              <w:t>IP Ēdināšanas pakalpojumi ar profesionālo kvalifikāciju Konditors atvēršana sadarbībā ar Ogres novada uzņēmēju atbalstu</w:t>
            </w:r>
          </w:p>
        </w:tc>
        <w:tc>
          <w:tcPr>
            <w:tcW w:w="2268" w:type="dxa"/>
          </w:tcPr>
          <w:p w:rsidR="00453FD3" w:rsidRPr="000E1B4F" w:rsidRDefault="00453FD3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1984" w:type="dxa"/>
          </w:tcPr>
          <w:p w:rsidR="00811464" w:rsidRPr="000E1B4F" w:rsidRDefault="00811464" w:rsidP="00453FD3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0E1B4F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I.Rumpētere</w:t>
            </w:r>
            <w:proofErr w:type="spellEnd"/>
          </w:p>
          <w:p w:rsidR="00453FD3" w:rsidRPr="000E1B4F" w:rsidRDefault="00453FD3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635" w:type="dxa"/>
          </w:tcPr>
          <w:p w:rsidR="00453FD3" w:rsidRPr="000E1B4F" w:rsidRDefault="00453FD3" w:rsidP="00E56002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</w:tbl>
    <w:p w:rsidR="00A3387F" w:rsidRPr="000E1B4F" w:rsidRDefault="00A3387F" w:rsidP="00A3387F">
      <w:pPr>
        <w:pStyle w:val="Virsraksts2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0E1B4F">
        <w:rPr>
          <w:rFonts w:ascii="Times New Roman" w:hAnsi="Times New Roman" w:cs="Times New Roman"/>
          <w:color w:val="auto"/>
          <w:sz w:val="24"/>
          <w:szCs w:val="24"/>
          <w:lang w:val="lv-LV"/>
        </w:rPr>
        <w:t>7. Rezultātu novērtēšana</w:t>
      </w:r>
    </w:p>
    <w:p w:rsidR="00A3387F" w:rsidRPr="000E1B4F" w:rsidRDefault="00A3387F" w:rsidP="00A3387F">
      <w:pPr>
        <w:rPr>
          <w:rFonts w:ascii="Times New Roman" w:hAnsi="Times New Roman" w:cs="Times New Roman"/>
          <w:sz w:val="24"/>
          <w:szCs w:val="24"/>
          <w:lang w:val="lv-LV"/>
        </w:rPr>
      </w:pPr>
      <w:r w:rsidRPr="000E1B4F">
        <w:rPr>
          <w:rFonts w:ascii="Times New Roman" w:hAnsi="Times New Roman" w:cs="Times New Roman"/>
          <w:sz w:val="24"/>
          <w:szCs w:val="24"/>
          <w:lang w:val="lv-LV"/>
        </w:rPr>
        <w:t>• Pieteikumu un uzņemto audzēkņu skaita salīdzinājums ar iepriekšējo gadu.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br/>
        <w:t>• Sociālo tīklu aktivitāšu rādītāji (skatījumi, iesaiste, sekotāji).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br/>
        <w:t>• Atvērto durvju dienu apmeklētība.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br/>
        <w:t>• Atsauksmes no skolēniem, vecākiem un sadarbības partneriem.</w:t>
      </w:r>
    </w:p>
    <w:p w:rsidR="00A3387F" w:rsidRPr="000E1B4F" w:rsidRDefault="00A3387F" w:rsidP="00A3387F">
      <w:pPr>
        <w:pStyle w:val="Virsraksts2"/>
        <w:rPr>
          <w:rFonts w:ascii="Times New Roman" w:hAnsi="Times New Roman" w:cs="Times New Roman"/>
          <w:color w:val="auto"/>
          <w:sz w:val="24"/>
          <w:szCs w:val="24"/>
          <w:lang w:val="lv-LV"/>
        </w:rPr>
      </w:pPr>
      <w:r w:rsidRPr="000E1B4F">
        <w:rPr>
          <w:rFonts w:ascii="Times New Roman" w:hAnsi="Times New Roman" w:cs="Times New Roman"/>
          <w:color w:val="auto"/>
          <w:sz w:val="24"/>
          <w:szCs w:val="24"/>
          <w:lang w:val="lv-LV"/>
        </w:rPr>
        <w:t>8. Riski un to mazināšana</w:t>
      </w:r>
    </w:p>
    <w:p w:rsidR="00A3387F" w:rsidRPr="000E1B4F" w:rsidRDefault="00A3387F" w:rsidP="00A3387F">
      <w:pPr>
        <w:rPr>
          <w:lang w:val="lv-LV"/>
        </w:rPr>
      </w:pPr>
      <w:r w:rsidRPr="000E1B4F">
        <w:rPr>
          <w:rFonts w:ascii="Times New Roman" w:hAnsi="Times New Roman" w:cs="Times New Roman"/>
          <w:sz w:val="24"/>
          <w:szCs w:val="24"/>
          <w:lang w:val="lv-LV"/>
        </w:rPr>
        <w:t>• Zema aktivitāte sociālajos tīklos – veidot regulāru, jauniešiem saistošu saturu.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br/>
        <w:t>• Ierobežots budžets – sadarboties ar pašvaldību un uzņēmumiem.</w:t>
      </w:r>
      <w:r w:rsidRPr="000E1B4F">
        <w:rPr>
          <w:rFonts w:ascii="Times New Roman" w:hAnsi="Times New Roman" w:cs="Times New Roman"/>
          <w:sz w:val="24"/>
          <w:szCs w:val="24"/>
          <w:lang w:val="lv-LV"/>
        </w:rPr>
        <w:br/>
        <w:t>• Liela konkurence – uzsvērt tehnikuma unikālās priekšrocības un k</w:t>
      </w:r>
      <w:r w:rsidRPr="000E1B4F">
        <w:rPr>
          <w:lang w:val="lv-LV"/>
        </w:rPr>
        <w:t>valitāti.</w:t>
      </w:r>
    </w:p>
    <w:p w:rsidR="00D92711" w:rsidRPr="000E1B4F" w:rsidRDefault="00D92711" w:rsidP="00D92711">
      <w:pPr>
        <w:rPr>
          <w:lang w:val="lv-LV"/>
        </w:rPr>
      </w:pPr>
    </w:p>
    <w:p w:rsidR="001B5074" w:rsidRPr="000E1B4F" w:rsidRDefault="001B5074">
      <w:pPr>
        <w:rPr>
          <w:lang w:val="lv-LV"/>
        </w:rPr>
      </w:pPr>
    </w:p>
    <w:sectPr w:rsidR="001B5074" w:rsidRPr="000E1B4F" w:rsidSect="000E1B4F">
      <w:footerReference w:type="default" r:id="rId14"/>
      <w:pgSz w:w="12240" w:h="15840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2532" w:rsidRDefault="00522532" w:rsidP="007C28DA">
      <w:pPr>
        <w:spacing w:after="0" w:line="240" w:lineRule="auto"/>
      </w:pPr>
      <w:r>
        <w:separator/>
      </w:r>
    </w:p>
  </w:endnote>
  <w:endnote w:type="continuationSeparator" w:id="0">
    <w:p w:rsidR="00522532" w:rsidRDefault="00522532" w:rsidP="007C2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324441766"/>
      <w:docPartObj>
        <w:docPartGallery w:val="Page Numbers (Bottom of Page)"/>
        <w:docPartUnique/>
      </w:docPartObj>
    </w:sdtPr>
    <w:sdtEndPr/>
    <w:sdtContent>
      <w:p w:rsidR="000E1B4F" w:rsidRPr="000E1B4F" w:rsidRDefault="000E1B4F">
        <w:pPr>
          <w:pStyle w:val="Kjene"/>
          <w:jc w:val="right"/>
          <w:rPr>
            <w:rFonts w:ascii="Times New Roman" w:hAnsi="Times New Roman" w:cs="Times New Roman"/>
            <w:sz w:val="24"/>
          </w:rPr>
        </w:pPr>
        <w:r w:rsidRPr="000E1B4F">
          <w:rPr>
            <w:rFonts w:ascii="Times New Roman" w:hAnsi="Times New Roman" w:cs="Times New Roman"/>
            <w:sz w:val="24"/>
          </w:rPr>
          <w:fldChar w:fldCharType="begin"/>
        </w:r>
        <w:r w:rsidRPr="000E1B4F">
          <w:rPr>
            <w:rFonts w:ascii="Times New Roman" w:hAnsi="Times New Roman" w:cs="Times New Roman"/>
            <w:sz w:val="24"/>
          </w:rPr>
          <w:instrText>PAGE   \* MERGEFORMAT</w:instrText>
        </w:r>
        <w:r w:rsidRPr="000E1B4F">
          <w:rPr>
            <w:rFonts w:ascii="Times New Roman" w:hAnsi="Times New Roman" w:cs="Times New Roman"/>
            <w:sz w:val="24"/>
          </w:rPr>
          <w:fldChar w:fldCharType="separate"/>
        </w:r>
        <w:r w:rsidRPr="000E1B4F">
          <w:rPr>
            <w:rFonts w:ascii="Times New Roman" w:hAnsi="Times New Roman" w:cs="Times New Roman"/>
            <w:sz w:val="24"/>
            <w:lang w:val="lv-LV"/>
          </w:rPr>
          <w:t>2</w:t>
        </w:r>
        <w:r w:rsidRPr="000E1B4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E1B4F" w:rsidRDefault="000E1B4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2532" w:rsidRDefault="00522532" w:rsidP="007C28DA">
      <w:pPr>
        <w:spacing w:after="0" w:line="240" w:lineRule="auto"/>
      </w:pPr>
      <w:r>
        <w:separator/>
      </w:r>
    </w:p>
  </w:footnote>
  <w:footnote w:type="continuationSeparator" w:id="0">
    <w:p w:rsidR="00522532" w:rsidRDefault="00522532" w:rsidP="007C28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F2705A"/>
    <w:multiLevelType w:val="hybridMultilevel"/>
    <w:tmpl w:val="0DFE41E2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11055"/>
    <w:multiLevelType w:val="hybridMultilevel"/>
    <w:tmpl w:val="893C575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56FCA"/>
    <w:multiLevelType w:val="hybridMultilevel"/>
    <w:tmpl w:val="E112FD20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BB3CE3"/>
    <w:multiLevelType w:val="hybridMultilevel"/>
    <w:tmpl w:val="67B287BC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27151E1"/>
    <w:multiLevelType w:val="hybridMultilevel"/>
    <w:tmpl w:val="FCF2982E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8161E7"/>
    <w:multiLevelType w:val="hybridMultilevel"/>
    <w:tmpl w:val="C332F8F4"/>
    <w:lvl w:ilvl="0" w:tplc="74EC055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C76B06"/>
    <w:multiLevelType w:val="hybridMultilevel"/>
    <w:tmpl w:val="E452BE22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92CF5"/>
    <w:multiLevelType w:val="hybridMultilevel"/>
    <w:tmpl w:val="C79E8660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512E54"/>
    <w:multiLevelType w:val="hybridMultilevel"/>
    <w:tmpl w:val="0DC20D98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33A1FC9"/>
    <w:multiLevelType w:val="hybridMultilevel"/>
    <w:tmpl w:val="1B7E09F2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8774FB"/>
    <w:multiLevelType w:val="hybridMultilevel"/>
    <w:tmpl w:val="05EC9B7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CE272D"/>
    <w:multiLevelType w:val="hybridMultilevel"/>
    <w:tmpl w:val="34CA71EA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F940AA"/>
    <w:multiLevelType w:val="hybridMultilevel"/>
    <w:tmpl w:val="E6422A62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8149B6"/>
    <w:multiLevelType w:val="hybridMultilevel"/>
    <w:tmpl w:val="2CCE4EC4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7"/>
  </w:num>
  <w:num w:numId="11">
    <w:abstractNumId w:val="18"/>
  </w:num>
  <w:num w:numId="12">
    <w:abstractNumId w:val="16"/>
  </w:num>
  <w:num w:numId="13">
    <w:abstractNumId w:val="13"/>
  </w:num>
  <w:num w:numId="14">
    <w:abstractNumId w:val="9"/>
  </w:num>
  <w:num w:numId="15">
    <w:abstractNumId w:val="21"/>
  </w:num>
  <w:num w:numId="16">
    <w:abstractNumId w:val="22"/>
  </w:num>
  <w:num w:numId="17">
    <w:abstractNumId w:val="10"/>
  </w:num>
  <w:num w:numId="18">
    <w:abstractNumId w:val="11"/>
  </w:num>
  <w:num w:numId="19">
    <w:abstractNumId w:val="19"/>
  </w:num>
  <w:num w:numId="20">
    <w:abstractNumId w:val="12"/>
  </w:num>
  <w:num w:numId="21">
    <w:abstractNumId w:val="14"/>
  </w:num>
  <w:num w:numId="22">
    <w:abstractNumId w:val="20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56B"/>
    <w:rsid w:val="00034616"/>
    <w:rsid w:val="000359D9"/>
    <w:rsid w:val="0006063C"/>
    <w:rsid w:val="00083417"/>
    <w:rsid w:val="000B424F"/>
    <w:rsid w:val="000B50BF"/>
    <w:rsid w:val="000D3EEE"/>
    <w:rsid w:val="000E062B"/>
    <w:rsid w:val="000E1B4F"/>
    <w:rsid w:val="000E6840"/>
    <w:rsid w:val="00106346"/>
    <w:rsid w:val="00124C47"/>
    <w:rsid w:val="001426D6"/>
    <w:rsid w:val="0015074B"/>
    <w:rsid w:val="00175048"/>
    <w:rsid w:val="001831AA"/>
    <w:rsid w:val="0019076D"/>
    <w:rsid w:val="001B5074"/>
    <w:rsid w:val="00201F2C"/>
    <w:rsid w:val="00222D90"/>
    <w:rsid w:val="002506C2"/>
    <w:rsid w:val="00264DE6"/>
    <w:rsid w:val="00270B30"/>
    <w:rsid w:val="002833F2"/>
    <w:rsid w:val="0029639D"/>
    <w:rsid w:val="002B5003"/>
    <w:rsid w:val="002B5987"/>
    <w:rsid w:val="002E7072"/>
    <w:rsid w:val="002E7E98"/>
    <w:rsid w:val="002F1990"/>
    <w:rsid w:val="003174A9"/>
    <w:rsid w:val="00326F90"/>
    <w:rsid w:val="003358F0"/>
    <w:rsid w:val="003508A1"/>
    <w:rsid w:val="00366673"/>
    <w:rsid w:val="00380202"/>
    <w:rsid w:val="003A1289"/>
    <w:rsid w:val="003D59B6"/>
    <w:rsid w:val="003D7815"/>
    <w:rsid w:val="003E3F5A"/>
    <w:rsid w:val="00412935"/>
    <w:rsid w:val="00420D27"/>
    <w:rsid w:val="00450BF2"/>
    <w:rsid w:val="004533ED"/>
    <w:rsid w:val="00453FD3"/>
    <w:rsid w:val="004E41FA"/>
    <w:rsid w:val="00522532"/>
    <w:rsid w:val="00536FCA"/>
    <w:rsid w:val="00581440"/>
    <w:rsid w:val="005E0EDD"/>
    <w:rsid w:val="00625AF8"/>
    <w:rsid w:val="00643270"/>
    <w:rsid w:val="00697543"/>
    <w:rsid w:val="00703653"/>
    <w:rsid w:val="00715D88"/>
    <w:rsid w:val="00736109"/>
    <w:rsid w:val="0074194F"/>
    <w:rsid w:val="00792E40"/>
    <w:rsid w:val="007C28DA"/>
    <w:rsid w:val="007D30C0"/>
    <w:rsid w:val="007E0A38"/>
    <w:rsid w:val="00811464"/>
    <w:rsid w:val="00836FAB"/>
    <w:rsid w:val="00854AD1"/>
    <w:rsid w:val="00860144"/>
    <w:rsid w:val="008763FF"/>
    <w:rsid w:val="00881488"/>
    <w:rsid w:val="008B703E"/>
    <w:rsid w:val="008F2B59"/>
    <w:rsid w:val="00920CAB"/>
    <w:rsid w:val="00937E50"/>
    <w:rsid w:val="009538AB"/>
    <w:rsid w:val="009636E1"/>
    <w:rsid w:val="00964A6B"/>
    <w:rsid w:val="009B656E"/>
    <w:rsid w:val="00A07169"/>
    <w:rsid w:val="00A13150"/>
    <w:rsid w:val="00A15015"/>
    <w:rsid w:val="00A3387F"/>
    <w:rsid w:val="00A56ACB"/>
    <w:rsid w:val="00AA1D8D"/>
    <w:rsid w:val="00B13DE1"/>
    <w:rsid w:val="00B40302"/>
    <w:rsid w:val="00B47730"/>
    <w:rsid w:val="00B63121"/>
    <w:rsid w:val="00BB7143"/>
    <w:rsid w:val="00C336D1"/>
    <w:rsid w:val="00C621C7"/>
    <w:rsid w:val="00CB0664"/>
    <w:rsid w:val="00CE5662"/>
    <w:rsid w:val="00D13EEA"/>
    <w:rsid w:val="00D52B6A"/>
    <w:rsid w:val="00D92711"/>
    <w:rsid w:val="00D960CB"/>
    <w:rsid w:val="00DA0955"/>
    <w:rsid w:val="00DE7C5F"/>
    <w:rsid w:val="00E56002"/>
    <w:rsid w:val="00E6767E"/>
    <w:rsid w:val="00E8231A"/>
    <w:rsid w:val="00E87698"/>
    <w:rsid w:val="00E936C8"/>
    <w:rsid w:val="00EA04A7"/>
    <w:rsid w:val="00EA3AB4"/>
    <w:rsid w:val="00EC12DE"/>
    <w:rsid w:val="00F0141F"/>
    <w:rsid w:val="00F03483"/>
    <w:rsid w:val="00F1043F"/>
    <w:rsid w:val="00FC693F"/>
    <w:rsid w:val="00FE05AD"/>
    <w:rsid w:val="00FE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082555"/>
  <w14:defaultImageDpi w14:val="300"/>
  <w15:docId w15:val="{0ADA2712-9B88-48E3-939B-0A8D0032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B40302"/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saite">
    <w:name w:val="Hyperlink"/>
    <w:basedOn w:val="Noklusjumarindkopasfonts"/>
    <w:uiPriority w:val="99"/>
    <w:unhideWhenUsed/>
    <w:rsid w:val="00A07169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07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9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vt.lv" TargetMode="External"/><Relationship Id="rId13" Type="http://schemas.openxmlformats.org/officeDocument/2006/relationships/hyperlink" Target="http://www.ovt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vt.lv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vt.lv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ovt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vt.lv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D48AAD-8177-4A42-9D2D-731832D0B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4770</Words>
  <Characters>2719</Characters>
  <Application>Microsoft Office Word</Application>
  <DocSecurity>0</DocSecurity>
  <Lines>22</Lines>
  <Paragraphs>14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Virsraksti</vt:lpstr>
      </vt:variant>
      <vt:variant>
        <vt:i4>9</vt:i4>
      </vt:variant>
      <vt:variant>
        <vt:lpstr>Title</vt:lpstr>
      </vt:variant>
      <vt:variant>
        <vt:i4>1</vt:i4>
      </vt:variant>
    </vt:vector>
  </HeadingPairs>
  <TitlesOfParts>
    <vt:vector size="11" baseType="lpstr">
      <vt:lpstr/>
      <vt:lpstr>Reklāmas rīcības plāns 2026./2027. māc. g.</vt:lpstr>
      <vt:lpstr>    1. Mērķis</vt:lpstr>
      <vt:lpstr>    2. Mērķauditorija</vt:lpstr>
      <vt:lpstr>    3. Piedāvātās izglītības programmas</vt:lpstr>
      <vt:lpstr>    4. Tehnikuma stiprās puses </vt:lpstr>
      <vt:lpstr>    5. Galvenie komunikācijas kanāli</vt:lpstr>
      <vt:lpstr>    6. Aktivitāšu plāns</vt:lpstr>
      <vt:lpstr>    7. Rezultātu novērtēšana</vt:lpstr>
      <vt:lpstr>    8. Riski un to mazināšana</vt:lpstr>
      <vt:lpstr/>
    </vt:vector>
  </TitlesOfParts>
  <Manager/>
  <Company/>
  <LinksUpToDate>false</LinksUpToDate>
  <CharactersWithSpaces>7475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Baiba Liepiņa</cp:lastModifiedBy>
  <cp:revision>4</cp:revision>
  <dcterms:created xsi:type="dcterms:W3CDTF">2026-10-20T14:05:00Z</dcterms:created>
  <dcterms:modified xsi:type="dcterms:W3CDTF">2026-10-21T07:44:00Z</dcterms:modified>
  <cp:category/>
</cp:coreProperties>
</file>